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7D41B7" w14:textId="77777777" w:rsidR="00E26EEC" w:rsidRDefault="009D6FFD" w:rsidP="00E26EEC">
      <w:pPr>
        <w:spacing w:before="160" w:after="40"/>
        <w:rPr>
          <w:b/>
          <w:color w:val="19324D"/>
          <w:sz w:val="48"/>
        </w:rPr>
      </w:pPr>
      <w:r>
        <w:rPr>
          <w:b/>
          <w:color w:val="19324D"/>
          <w:sz w:val="48"/>
        </w:rPr>
        <w:t>PEREKONNATÜÜBID</w:t>
      </w:r>
      <w:r w:rsidR="00E26EEC">
        <w:rPr>
          <w:b/>
          <w:color w:val="19324D"/>
          <w:sz w:val="48"/>
        </w:rPr>
        <w:t xml:space="preserve"> JA KOOSELUVORMID</w:t>
      </w:r>
    </w:p>
    <w:p w14:paraId="764ECEF0" w14:textId="77777777" w:rsidR="00FC1A58" w:rsidRDefault="009D6FFD" w:rsidP="00E26EEC">
      <w:pPr>
        <w:spacing w:before="160" w:after="40"/>
      </w:pPr>
      <w:proofErr w:type="spellStart"/>
      <w:r>
        <w:rPr>
          <w:i/>
          <w:color w:val="2C7A7B"/>
          <w:sz w:val="23"/>
        </w:rPr>
        <w:t>Gümnaasiumi</w:t>
      </w:r>
      <w:proofErr w:type="spellEnd"/>
      <w:r>
        <w:rPr>
          <w:i/>
          <w:color w:val="2C7A7B"/>
          <w:sz w:val="23"/>
        </w:rPr>
        <w:t xml:space="preserve"> </w:t>
      </w:r>
      <w:proofErr w:type="spellStart"/>
      <w:r>
        <w:rPr>
          <w:i/>
          <w:color w:val="2C7A7B"/>
          <w:sz w:val="23"/>
        </w:rPr>
        <w:t>perekonnaõpetus</w:t>
      </w:r>
      <w:proofErr w:type="spellEnd"/>
      <w:r>
        <w:rPr>
          <w:i/>
          <w:color w:val="2C7A7B"/>
          <w:sz w:val="23"/>
        </w:rPr>
        <w:t xml:space="preserve"> • </w:t>
      </w:r>
      <w:proofErr w:type="spellStart"/>
      <w:r>
        <w:rPr>
          <w:i/>
          <w:color w:val="2C7A7B"/>
          <w:sz w:val="23"/>
        </w:rPr>
        <w:t>mõistete</w:t>
      </w:r>
      <w:proofErr w:type="spellEnd"/>
      <w:r>
        <w:rPr>
          <w:i/>
          <w:color w:val="2C7A7B"/>
          <w:sz w:val="23"/>
        </w:rPr>
        <w:t xml:space="preserve"> mõtestamine ja rakendamine</w:t>
      </w: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000"/>
        <w:gridCol w:w="3000"/>
        <w:gridCol w:w="3360"/>
      </w:tblGrid>
      <w:tr w:rsidR="00FC1A58" w14:paraId="0919E210" w14:textId="77777777">
        <w:tc>
          <w:tcPr>
            <w:tcW w:w="3000" w:type="dxa"/>
            <w:tcBorders>
              <w:top w:val="single" w:sz="6" w:space="0" w:color="D0D5DD"/>
              <w:left w:val="single" w:sz="6" w:space="0" w:color="D0D5DD"/>
              <w:bottom w:val="single" w:sz="6" w:space="0" w:color="D0D5DD"/>
              <w:right w:val="single" w:sz="6" w:space="0" w:color="D0D5DD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865B5A3" w14:textId="77777777" w:rsidR="00FC1A58" w:rsidRDefault="009D6FFD">
            <w:pPr>
              <w:spacing w:after="0" w:line="240" w:lineRule="auto"/>
            </w:pPr>
            <w:r>
              <w:rPr>
                <w:b/>
                <w:color w:val="667085"/>
                <w:sz w:val="19"/>
              </w:rPr>
              <w:t xml:space="preserve">Nimi:  </w:t>
            </w:r>
            <w:r>
              <w:rPr>
                <w:color w:val="98A2B3"/>
                <w:sz w:val="20"/>
              </w:rPr>
              <w:t>________________</w:t>
            </w:r>
          </w:p>
        </w:tc>
        <w:tc>
          <w:tcPr>
            <w:tcW w:w="3000" w:type="dxa"/>
            <w:tcBorders>
              <w:top w:val="single" w:sz="6" w:space="0" w:color="D0D5DD"/>
              <w:left w:val="single" w:sz="6" w:space="0" w:color="D0D5DD"/>
              <w:bottom w:val="single" w:sz="6" w:space="0" w:color="D0D5DD"/>
              <w:right w:val="single" w:sz="6" w:space="0" w:color="D0D5DD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0F61026" w14:textId="77777777" w:rsidR="00FC1A58" w:rsidRDefault="009D6FFD">
            <w:pPr>
              <w:spacing w:after="0" w:line="240" w:lineRule="auto"/>
            </w:pPr>
            <w:r>
              <w:rPr>
                <w:b/>
                <w:color w:val="667085"/>
                <w:sz w:val="19"/>
              </w:rPr>
              <w:t xml:space="preserve">Klass:  </w:t>
            </w:r>
            <w:r>
              <w:rPr>
                <w:color w:val="98A2B3"/>
                <w:sz w:val="20"/>
              </w:rPr>
              <w:t>________________</w:t>
            </w:r>
          </w:p>
        </w:tc>
        <w:tc>
          <w:tcPr>
            <w:tcW w:w="3360" w:type="dxa"/>
            <w:tcBorders>
              <w:top w:val="single" w:sz="6" w:space="0" w:color="D0D5DD"/>
              <w:left w:val="single" w:sz="6" w:space="0" w:color="D0D5DD"/>
              <w:bottom w:val="single" w:sz="6" w:space="0" w:color="D0D5DD"/>
              <w:right w:val="single" w:sz="6" w:space="0" w:color="D0D5DD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AD644CA" w14:textId="77777777" w:rsidR="00FC1A58" w:rsidRDefault="009D6FFD">
            <w:pPr>
              <w:spacing w:after="0" w:line="240" w:lineRule="auto"/>
            </w:pPr>
            <w:r>
              <w:rPr>
                <w:b/>
                <w:color w:val="667085"/>
                <w:sz w:val="19"/>
              </w:rPr>
              <w:t xml:space="preserve">Kuupäev:  </w:t>
            </w:r>
            <w:r>
              <w:rPr>
                <w:color w:val="98A2B3"/>
                <w:sz w:val="20"/>
              </w:rPr>
              <w:t>________________</w:t>
            </w:r>
          </w:p>
        </w:tc>
      </w:tr>
    </w:tbl>
    <w:p w14:paraId="41023563" w14:textId="77777777" w:rsidR="00FC1A58" w:rsidRDefault="00FC1A58">
      <w:pPr>
        <w:spacing w:after="20"/>
      </w:pP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FC1A58" w14:paraId="465608EA" w14:textId="77777777">
        <w:tc>
          <w:tcPr>
            <w:tcW w:w="9360" w:type="dxa"/>
            <w:tcBorders>
              <w:top w:val="single" w:sz="10" w:space="0" w:color="2C7A7B"/>
              <w:left w:val="single" w:sz="10" w:space="0" w:color="2C7A7B"/>
              <w:bottom w:val="single" w:sz="10" w:space="0" w:color="2C7A7B"/>
              <w:right w:val="single" w:sz="10" w:space="0" w:color="2C7A7B"/>
            </w:tcBorders>
            <w:shd w:val="clear" w:color="auto" w:fill="E8F5F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CC6EBF0" w14:textId="77777777" w:rsidR="00FC1A58" w:rsidRDefault="009D6FFD">
            <w:pPr>
              <w:spacing w:after="0" w:line="264" w:lineRule="auto"/>
            </w:pPr>
            <w:r>
              <w:rPr>
                <w:b/>
                <w:color w:val="2C7A7B"/>
                <w:sz w:val="19"/>
              </w:rPr>
              <w:t xml:space="preserve">ÕPIEESMÄRK  </w:t>
            </w:r>
            <w:r>
              <w:rPr>
                <w:sz w:val="21"/>
              </w:rPr>
              <w:t>Oskan kirjeldada viit perekonnatüüpi, tuua igaühe kohta näite ning arutleda lugupidavalt perekondade mitmekesisuse üle.</w:t>
            </w:r>
          </w:p>
        </w:tc>
      </w:tr>
    </w:tbl>
    <w:p w14:paraId="6DA0D1B8" w14:textId="77777777" w:rsidR="00FC1A58" w:rsidRDefault="00FC1A58">
      <w:pPr>
        <w:spacing w:after="20"/>
      </w:pPr>
    </w:p>
    <w:p w14:paraId="4D9A8271" w14:textId="554E3CAC" w:rsidR="00FC1A58" w:rsidRDefault="009D6FFD">
      <w:pPr>
        <w:spacing w:before="200" w:after="60"/>
      </w:pPr>
      <w:proofErr w:type="gramStart"/>
      <w:r>
        <w:rPr>
          <w:b/>
          <w:color w:val="B7791F"/>
          <w:sz w:val="24"/>
        </w:rPr>
        <w:t xml:space="preserve">A  </w:t>
      </w:r>
      <w:proofErr w:type="spellStart"/>
      <w:r>
        <w:rPr>
          <w:b/>
          <w:color w:val="19324D"/>
          <w:sz w:val="26"/>
        </w:rPr>
        <w:t>Mõisted</w:t>
      </w:r>
      <w:proofErr w:type="spellEnd"/>
      <w:proofErr w:type="gramEnd"/>
      <w:r w:rsidR="00560E43">
        <w:rPr>
          <w:b/>
          <w:color w:val="19324D"/>
          <w:sz w:val="26"/>
        </w:rPr>
        <w:t xml:space="preserve"> : </w:t>
      </w:r>
      <w:proofErr w:type="spellStart"/>
      <w:r w:rsidR="00560E43">
        <w:rPr>
          <w:b/>
          <w:color w:val="19324D"/>
          <w:sz w:val="26"/>
        </w:rPr>
        <w:t>Lasteta</w:t>
      </w:r>
      <w:proofErr w:type="spellEnd"/>
      <w:r w:rsidR="00560E43">
        <w:rPr>
          <w:b/>
          <w:color w:val="19324D"/>
          <w:sz w:val="26"/>
        </w:rPr>
        <w:t xml:space="preserve"> </w:t>
      </w:r>
      <w:proofErr w:type="spellStart"/>
      <w:r w:rsidR="00560E43">
        <w:rPr>
          <w:b/>
          <w:color w:val="19324D"/>
          <w:sz w:val="26"/>
        </w:rPr>
        <w:t>abielupaar</w:t>
      </w:r>
      <w:proofErr w:type="spellEnd"/>
      <w:r w:rsidR="00560E43">
        <w:rPr>
          <w:b/>
          <w:color w:val="19324D"/>
          <w:sz w:val="26"/>
        </w:rPr>
        <w:t xml:space="preserve">, </w:t>
      </w:r>
      <w:proofErr w:type="spellStart"/>
      <w:r w:rsidR="00560E43">
        <w:rPr>
          <w:b/>
          <w:color w:val="19324D"/>
          <w:sz w:val="26"/>
        </w:rPr>
        <w:t>laiendatud</w:t>
      </w:r>
      <w:proofErr w:type="spellEnd"/>
      <w:r w:rsidR="00560E43">
        <w:rPr>
          <w:b/>
          <w:color w:val="19324D"/>
          <w:sz w:val="26"/>
        </w:rPr>
        <w:t xml:space="preserve"> </w:t>
      </w:r>
      <w:proofErr w:type="spellStart"/>
      <w:r w:rsidR="00560E43">
        <w:rPr>
          <w:b/>
          <w:color w:val="19324D"/>
          <w:sz w:val="26"/>
        </w:rPr>
        <w:t>perekond</w:t>
      </w:r>
      <w:proofErr w:type="spellEnd"/>
      <w:r w:rsidR="00560E43">
        <w:rPr>
          <w:b/>
          <w:color w:val="19324D"/>
          <w:sz w:val="26"/>
        </w:rPr>
        <w:t xml:space="preserve">, </w:t>
      </w:r>
      <w:proofErr w:type="spellStart"/>
      <w:r w:rsidR="00560E43">
        <w:rPr>
          <w:b/>
          <w:color w:val="19324D"/>
          <w:sz w:val="26"/>
        </w:rPr>
        <w:t>uuspere</w:t>
      </w:r>
      <w:proofErr w:type="spellEnd"/>
      <w:r w:rsidR="00560E43">
        <w:rPr>
          <w:b/>
          <w:color w:val="19324D"/>
          <w:sz w:val="26"/>
        </w:rPr>
        <w:t xml:space="preserve">, </w:t>
      </w:r>
      <w:proofErr w:type="spellStart"/>
      <w:r w:rsidR="00560E43">
        <w:rPr>
          <w:b/>
          <w:color w:val="19324D"/>
          <w:sz w:val="26"/>
        </w:rPr>
        <w:t>mittetäielik</w:t>
      </w:r>
      <w:proofErr w:type="spellEnd"/>
      <w:r w:rsidR="00560E43">
        <w:rPr>
          <w:b/>
          <w:color w:val="19324D"/>
          <w:sz w:val="26"/>
        </w:rPr>
        <w:t xml:space="preserve"> </w:t>
      </w:r>
      <w:proofErr w:type="spellStart"/>
      <w:r w:rsidR="00560E43">
        <w:rPr>
          <w:b/>
          <w:color w:val="19324D"/>
          <w:sz w:val="26"/>
        </w:rPr>
        <w:t>perekond</w:t>
      </w:r>
      <w:proofErr w:type="spellEnd"/>
      <w:r w:rsidR="00560E43">
        <w:rPr>
          <w:b/>
          <w:color w:val="19324D"/>
          <w:sz w:val="26"/>
        </w:rPr>
        <w:t xml:space="preserve"> ja </w:t>
      </w:r>
      <w:proofErr w:type="spellStart"/>
      <w:r w:rsidR="00560E43">
        <w:rPr>
          <w:b/>
          <w:color w:val="19324D"/>
          <w:sz w:val="26"/>
        </w:rPr>
        <w:t>tuumpere</w:t>
      </w:r>
      <w:proofErr w:type="spellEnd"/>
    </w:p>
    <w:p w14:paraId="3B8B19F8" w14:textId="55350D3B" w:rsidR="00FC1A58" w:rsidRDefault="00560E43">
      <w:pPr>
        <w:spacing w:after="100"/>
      </w:pPr>
      <w:r>
        <w:rPr>
          <w:i/>
          <w:color w:val="667085"/>
          <w:sz w:val="21"/>
        </w:rPr>
        <w:t xml:space="preserve">Lisa </w:t>
      </w:r>
      <w:proofErr w:type="spellStart"/>
      <w:proofErr w:type="gramStart"/>
      <w:r>
        <w:rPr>
          <w:i/>
          <w:color w:val="667085"/>
          <w:sz w:val="21"/>
        </w:rPr>
        <w:t>mõisted</w:t>
      </w:r>
      <w:proofErr w:type="spellEnd"/>
      <w:r>
        <w:rPr>
          <w:i/>
          <w:color w:val="667085"/>
          <w:sz w:val="21"/>
        </w:rPr>
        <w:t xml:space="preserve"> </w:t>
      </w:r>
      <w:r w:rsidR="009D6FFD">
        <w:rPr>
          <w:i/>
          <w:color w:val="667085"/>
          <w:sz w:val="21"/>
        </w:rPr>
        <w:t xml:space="preserve"> </w:t>
      </w:r>
      <w:proofErr w:type="spellStart"/>
      <w:r w:rsidR="009D6FFD">
        <w:rPr>
          <w:i/>
          <w:color w:val="667085"/>
          <w:sz w:val="21"/>
        </w:rPr>
        <w:t>mõistekaardi</w:t>
      </w:r>
      <w:r>
        <w:rPr>
          <w:i/>
          <w:color w:val="667085"/>
          <w:sz w:val="21"/>
        </w:rPr>
        <w:t>le</w:t>
      </w:r>
      <w:proofErr w:type="spellEnd"/>
      <w:proofErr w:type="gramEnd"/>
      <w:r>
        <w:rPr>
          <w:i/>
          <w:color w:val="667085"/>
          <w:sz w:val="21"/>
        </w:rPr>
        <w:t xml:space="preserve"> </w:t>
      </w:r>
      <w:proofErr w:type="spellStart"/>
      <w:r>
        <w:rPr>
          <w:i/>
          <w:color w:val="667085"/>
          <w:sz w:val="21"/>
        </w:rPr>
        <w:t>õige</w:t>
      </w:r>
      <w:proofErr w:type="spellEnd"/>
      <w:r>
        <w:rPr>
          <w:i/>
          <w:color w:val="667085"/>
          <w:sz w:val="21"/>
        </w:rPr>
        <w:t xml:space="preserve"> </w:t>
      </w:r>
      <w:proofErr w:type="spellStart"/>
      <w:r>
        <w:rPr>
          <w:i/>
          <w:color w:val="667085"/>
          <w:sz w:val="21"/>
        </w:rPr>
        <w:t>selgituse</w:t>
      </w:r>
      <w:proofErr w:type="spellEnd"/>
      <w:r>
        <w:rPr>
          <w:i/>
          <w:color w:val="667085"/>
          <w:sz w:val="21"/>
        </w:rPr>
        <w:t xml:space="preserve"> </w:t>
      </w:r>
      <w:proofErr w:type="spellStart"/>
      <w:r>
        <w:rPr>
          <w:i/>
          <w:color w:val="667085"/>
          <w:sz w:val="21"/>
        </w:rPr>
        <w:t>juurde</w:t>
      </w:r>
      <w:proofErr w:type="spellEnd"/>
      <w:r>
        <w:rPr>
          <w:i/>
          <w:color w:val="667085"/>
          <w:sz w:val="21"/>
        </w:rPr>
        <w:t xml:space="preserve"> </w:t>
      </w:r>
      <w:r w:rsidR="009D6FFD">
        <w:rPr>
          <w:i/>
          <w:color w:val="667085"/>
          <w:sz w:val="21"/>
        </w:rPr>
        <w:t>. Vajadusel kasuta neid järgnevate ülesannete lahendamisel.</w:t>
      </w: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300"/>
        <w:gridCol w:w="7060"/>
      </w:tblGrid>
      <w:tr w:rsidR="00FC1A58" w14:paraId="23E2E882" w14:textId="77777777">
        <w:tc>
          <w:tcPr>
            <w:tcW w:w="2300" w:type="dxa"/>
            <w:tcBorders>
              <w:top w:val="single" w:sz="8" w:space="0" w:color="19324D"/>
              <w:left w:val="single" w:sz="8" w:space="0" w:color="19324D"/>
              <w:bottom w:val="single" w:sz="8" w:space="0" w:color="19324D"/>
              <w:right w:val="single" w:sz="8" w:space="0" w:color="19324D"/>
            </w:tcBorders>
            <w:shd w:val="clear" w:color="auto" w:fill="19324D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2700EAA" w14:textId="77777777" w:rsidR="00FC1A58" w:rsidRDefault="009D6FFD">
            <w:pPr>
              <w:spacing w:after="0"/>
            </w:pPr>
            <w:r>
              <w:rPr>
                <w:b/>
                <w:color w:val="FFFFFF"/>
                <w:sz w:val="20"/>
              </w:rPr>
              <w:t>Mõiste</w:t>
            </w:r>
          </w:p>
        </w:tc>
        <w:tc>
          <w:tcPr>
            <w:tcW w:w="7060" w:type="dxa"/>
            <w:tcBorders>
              <w:top w:val="single" w:sz="8" w:space="0" w:color="19324D"/>
              <w:left w:val="single" w:sz="8" w:space="0" w:color="19324D"/>
              <w:bottom w:val="single" w:sz="8" w:space="0" w:color="19324D"/>
              <w:right w:val="single" w:sz="8" w:space="0" w:color="19324D"/>
            </w:tcBorders>
            <w:shd w:val="clear" w:color="auto" w:fill="19324D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FEF8C36" w14:textId="77777777" w:rsidR="00FC1A58" w:rsidRDefault="009D6FFD">
            <w:pPr>
              <w:spacing w:after="0"/>
            </w:pPr>
            <w:r>
              <w:rPr>
                <w:b/>
                <w:color w:val="FFFFFF"/>
                <w:sz w:val="20"/>
              </w:rPr>
              <w:t>Selgitus</w:t>
            </w:r>
          </w:p>
        </w:tc>
      </w:tr>
      <w:tr w:rsidR="00FC1A58" w14:paraId="342AC016" w14:textId="77777777">
        <w:tc>
          <w:tcPr>
            <w:tcW w:w="2300" w:type="dxa"/>
            <w:tcBorders>
              <w:top w:val="single" w:sz="6" w:space="0" w:color="D0D5DD"/>
              <w:left w:val="single" w:sz="6" w:space="0" w:color="D0D5DD"/>
              <w:bottom w:val="single" w:sz="6" w:space="0" w:color="D0D5DD"/>
              <w:right w:val="single" w:sz="6" w:space="0" w:color="D0D5DD"/>
            </w:tcBorders>
            <w:shd w:val="clear" w:color="auto" w:fill="EAF2F8"/>
          </w:tcPr>
          <w:p w14:paraId="52FE847D" w14:textId="6B8C8B0B" w:rsidR="00FC1A58" w:rsidRDefault="00FC1A58">
            <w:pPr>
              <w:spacing w:after="0" w:line="264" w:lineRule="auto"/>
            </w:pPr>
          </w:p>
        </w:tc>
        <w:tc>
          <w:tcPr>
            <w:tcW w:w="7060" w:type="dxa"/>
            <w:tcBorders>
              <w:top w:val="single" w:sz="6" w:space="0" w:color="D0D5DD"/>
              <w:left w:val="single" w:sz="6" w:space="0" w:color="D0D5DD"/>
              <w:bottom w:val="single" w:sz="6" w:space="0" w:color="D0D5DD"/>
              <w:right w:val="single" w:sz="6" w:space="0" w:color="D0D5DD"/>
            </w:tcBorders>
          </w:tcPr>
          <w:p w14:paraId="092D9145" w14:textId="77777777" w:rsidR="00FC1A58" w:rsidRDefault="009D6FFD">
            <w:pPr>
              <w:spacing w:after="0" w:line="264" w:lineRule="auto"/>
            </w:pPr>
            <w:r>
              <w:rPr>
                <w:sz w:val="19"/>
              </w:rPr>
              <w:t>Perekond, kuhu kuuluvad vanem(ad) ja nende laps(ed), kes moodustavad ühe leibkonna.</w:t>
            </w:r>
          </w:p>
        </w:tc>
      </w:tr>
      <w:tr w:rsidR="00FC1A58" w14:paraId="7DF4206D" w14:textId="77777777">
        <w:tc>
          <w:tcPr>
            <w:tcW w:w="2300" w:type="dxa"/>
            <w:tcBorders>
              <w:top w:val="single" w:sz="6" w:space="0" w:color="D0D5DD"/>
              <w:left w:val="single" w:sz="6" w:space="0" w:color="D0D5DD"/>
              <w:bottom w:val="single" w:sz="6" w:space="0" w:color="D0D5DD"/>
              <w:right w:val="single" w:sz="6" w:space="0" w:color="D0D5DD"/>
            </w:tcBorders>
            <w:shd w:val="clear" w:color="auto" w:fill="FFFFFF"/>
          </w:tcPr>
          <w:p w14:paraId="6717D26C" w14:textId="09BF1CF6" w:rsidR="00FC1A58" w:rsidRDefault="00FC1A58">
            <w:pPr>
              <w:spacing w:after="0" w:line="264" w:lineRule="auto"/>
            </w:pPr>
          </w:p>
        </w:tc>
        <w:tc>
          <w:tcPr>
            <w:tcW w:w="7060" w:type="dxa"/>
            <w:tcBorders>
              <w:top w:val="single" w:sz="6" w:space="0" w:color="D0D5DD"/>
              <w:left w:val="single" w:sz="6" w:space="0" w:color="D0D5DD"/>
              <w:bottom w:val="single" w:sz="6" w:space="0" w:color="D0D5DD"/>
              <w:right w:val="single" w:sz="6" w:space="0" w:color="D0D5DD"/>
            </w:tcBorders>
          </w:tcPr>
          <w:p w14:paraId="17F06F8D" w14:textId="77777777" w:rsidR="00FC1A58" w:rsidRDefault="009D6FFD">
            <w:pPr>
              <w:spacing w:after="0" w:line="264" w:lineRule="auto"/>
            </w:pPr>
            <w:r>
              <w:rPr>
                <w:sz w:val="19"/>
              </w:rPr>
              <w:t>Perekond, kus last või lapsi kasvatab üks vanem. Mõiste kirjeldab koosseisu, mitte pere väärtust.</w:t>
            </w:r>
          </w:p>
        </w:tc>
      </w:tr>
      <w:tr w:rsidR="00FC1A58" w14:paraId="6797564C" w14:textId="77777777">
        <w:tc>
          <w:tcPr>
            <w:tcW w:w="2300" w:type="dxa"/>
            <w:tcBorders>
              <w:top w:val="single" w:sz="6" w:space="0" w:color="D0D5DD"/>
              <w:left w:val="single" w:sz="6" w:space="0" w:color="D0D5DD"/>
              <w:bottom w:val="single" w:sz="6" w:space="0" w:color="D0D5DD"/>
              <w:right w:val="single" w:sz="6" w:space="0" w:color="D0D5DD"/>
            </w:tcBorders>
            <w:shd w:val="clear" w:color="auto" w:fill="EAF2F8"/>
          </w:tcPr>
          <w:p w14:paraId="198CFC3F" w14:textId="03C6B581" w:rsidR="00FC1A58" w:rsidRDefault="00FC1A58">
            <w:pPr>
              <w:spacing w:after="0" w:line="264" w:lineRule="auto"/>
            </w:pPr>
          </w:p>
        </w:tc>
        <w:tc>
          <w:tcPr>
            <w:tcW w:w="7060" w:type="dxa"/>
            <w:tcBorders>
              <w:top w:val="single" w:sz="6" w:space="0" w:color="D0D5DD"/>
              <w:left w:val="single" w:sz="6" w:space="0" w:color="D0D5DD"/>
              <w:bottom w:val="single" w:sz="6" w:space="0" w:color="D0D5DD"/>
              <w:right w:val="single" w:sz="6" w:space="0" w:color="D0D5DD"/>
            </w:tcBorders>
          </w:tcPr>
          <w:p w14:paraId="50B5C019" w14:textId="77777777" w:rsidR="00FC1A58" w:rsidRDefault="009D6FFD">
            <w:pPr>
              <w:spacing w:after="0" w:line="264" w:lineRule="auto"/>
            </w:pPr>
            <w:r>
              <w:rPr>
                <w:sz w:val="19"/>
              </w:rPr>
              <w:t>Perekond, kuhu kuuluvad lisaks vanematele ja lastele ka teised sugulased, näiteks vanavanemad või tädid-onud.</w:t>
            </w:r>
          </w:p>
        </w:tc>
      </w:tr>
      <w:tr w:rsidR="00FC1A58" w14:paraId="00AF611E" w14:textId="77777777">
        <w:tc>
          <w:tcPr>
            <w:tcW w:w="2300" w:type="dxa"/>
            <w:tcBorders>
              <w:top w:val="single" w:sz="6" w:space="0" w:color="D0D5DD"/>
              <w:left w:val="single" w:sz="6" w:space="0" w:color="D0D5DD"/>
              <w:bottom w:val="single" w:sz="6" w:space="0" w:color="D0D5DD"/>
              <w:right w:val="single" w:sz="6" w:space="0" w:color="D0D5DD"/>
            </w:tcBorders>
            <w:shd w:val="clear" w:color="auto" w:fill="FFFFFF"/>
          </w:tcPr>
          <w:p w14:paraId="33D68BEF" w14:textId="792DC8D0" w:rsidR="00FC1A58" w:rsidRDefault="00FC1A58">
            <w:pPr>
              <w:spacing w:after="0" w:line="264" w:lineRule="auto"/>
            </w:pPr>
          </w:p>
        </w:tc>
        <w:tc>
          <w:tcPr>
            <w:tcW w:w="7060" w:type="dxa"/>
            <w:tcBorders>
              <w:top w:val="single" w:sz="6" w:space="0" w:color="D0D5DD"/>
              <w:left w:val="single" w:sz="6" w:space="0" w:color="D0D5DD"/>
              <w:bottom w:val="single" w:sz="6" w:space="0" w:color="D0D5DD"/>
              <w:right w:val="single" w:sz="6" w:space="0" w:color="D0D5DD"/>
            </w:tcBorders>
          </w:tcPr>
          <w:p w14:paraId="48C31FFF" w14:textId="77777777" w:rsidR="00FC1A58" w:rsidRDefault="009D6FFD">
            <w:pPr>
              <w:spacing w:after="0" w:line="264" w:lineRule="auto"/>
            </w:pPr>
            <w:r>
              <w:rPr>
                <w:sz w:val="19"/>
              </w:rPr>
              <w:t>Perekond, mis kujuneb pärast varasemat kooselu või abielu ning kus võivad koos elada eri peresuhetega täiskasvanud ja lapsed.</w:t>
            </w:r>
          </w:p>
        </w:tc>
      </w:tr>
      <w:tr w:rsidR="00FC1A58" w14:paraId="30A03D5A" w14:textId="77777777">
        <w:tc>
          <w:tcPr>
            <w:tcW w:w="2300" w:type="dxa"/>
            <w:tcBorders>
              <w:top w:val="single" w:sz="6" w:space="0" w:color="D0D5DD"/>
              <w:left w:val="single" w:sz="6" w:space="0" w:color="D0D5DD"/>
              <w:bottom w:val="single" w:sz="6" w:space="0" w:color="D0D5DD"/>
              <w:right w:val="single" w:sz="6" w:space="0" w:color="D0D5DD"/>
            </w:tcBorders>
            <w:shd w:val="clear" w:color="auto" w:fill="EAF2F8"/>
          </w:tcPr>
          <w:p w14:paraId="632D6974" w14:textId="6C7DC12E" w:rsidR="00FC1A58" w:rsidRDefault="00FC1A58">
            <w:pPr>
              <w:spacing w:after="0" w:line="264" w:lineRule="auto"/>
            </w:pPr>
          </w:p>
        </w:tc>
        <w:tc>
          <w:tcPr>
            <w:tcW w:w="7060" w:type="dxa"/>
            <w:tcBorders>
              <w:top w:val="single" w:sz="6" w:space="0" w:color="D0D5DD"/>
              <w:left w:val="single" w:sz="6" w:space="0" w:color="D0D5DD"/>
              <w:bottom w:val="single" w:sz="6" w:space="0" w:color="D0D5DD"/>
              <w:right w:val="single" w:sz="6" w:space="0" w:color="D0D5DD"/>
            </w:tcBorders>
          </w:tcPr>
          <w:p w14:paraId="603371C3" w14:textId="77777777" w:rsidR="00FC1A58" w:rsidRDefault="009D6FFD">
            <w:pPr>
              <w:spacing w:after="0" w:line="264" w:lineRule="auto"/>
            </w:pPr>
            <w:r>
              <w:rPr>
                <w:sz w:val="19"/>
              </w:rPr>
              <w:t>Abielupaar, kelle leibkonnas ei ole lapsi. Lastetus võib olla vabatahtlik või tuleneda erinevatest eluoludest.</w:t>
            </w:r>
          </w:p>
        </w:tc>
      </w:tr>
    </w:tbl>
    <w:p w14:paraId="0E5E74AC" w14:textId="77777777" w:rsidR="00FC1A58" w:rsidRDefault="009D6FFD">
      <w:pPr>
        <w:spacing w:before="200" w:after="60"/>
      </w:pPr>
      <w:r>
        <w:rPr>
          <w:b/>
          <w:color w:val="B7791F"/>
          <w:sz w:val="24"/>
        </w:rPr>
        <w:t xml:space="preserve">1  </w:t>
      </w:r>
      <w:r>
        <w:rPr>
          <w:b/>
          <w:color w:val="19324D"/>
          <w:sz w:val="26"/>
        </w:rPr>
        <w:t>Mõistete sobitamine</w:t>
      </w:r>
    </w:p>
    <w:p w14:paraId="58AEAF31" w14:textId="77777777" w:rsidR="00FC1A58" w:rsidRDefault="009D6FFD">
      <w:pPr>
        <w:spacing w:after="80"/>
      </w:pPr>
      <w:r>
        <w:rPr>
          <w:sz w:val="21"/>
        </w:rPr>
        <w:t>Kirjuta iga olukorra järel sobiva perekonnatüübi nimetus. Mõnda tüüpi võib kasutada rohkem kui üks kord.</w:t>
      </w:r>
    </w:p>
    <w:p w14:paraId="4083DA4B" w14:textId="77777777" w:rsidR="00FC1A58" w:rsidRDefault="009D6FFD">
      <w:pPr>
        <w:spacing w:after="60" w:line="252" w:lineRule="auto"/>
      </w:pPr>
      <w:r>
        <w:rPr>
          <w:sz w:val="20"/>
        </w:rPr>
        <w:t xml:space="preserve">1. Kaisa elab koos oma ema, isa ja noorema vennaga.  </w:t>
      </w:r>
      <w:r>
        <w:rPr>
          <w:color w:val="667085"/>
          <w:sz w:val="20"/>
        </w:rPr>
        <w:t>→ ______________________________</w:t>
      </w:r>
    </w:p>
    <w:p w14:paraId="1D5A53E1" w14:textId="77777777" w:rsidR="00FC1A58" w:rsidRDefault="009D6FFD">
      <w:pPr>
        <w:spacing w:after="60" w:line="252" w:lineRule="auto"/>
      </w:pPr>
      <w:r>
        <w:rPr>
          <w:sz w:val="20"/>
        </w:rPr>
        <w:t xml:space="preserve">2. Rasmus elab koos isa ja vanaemaga; vanaema aitab teda igapäevaselt kasvatada.  </w:t>
      </w:r>
      <w:r>
        <w:rPr>
          <w:color w:val="667085"/>
          <w:sz w:val="20"/>
        </w:rPr>
        <w:t>→ ______________________________</w:t>
      </w:r>
    </w:p>
    <w:p w14:paraId="2D50900B" w14:textId="77777777" w:rsidR="00FC1A58" w:rsidRDefault="009D6FFD">
      <w:pPr>
        <w:spacing w:after="60" w:line="252" w:lineRule="auto"/>
      </w:pPr>
      <w:r>
        <w:rPr>
          <w:sz w:val="20"/>
        </w:rPr>
        <w:t xml:space="preserve">3. Liis ja Toomas abiellusid, neil ei ole lapsi ning nad elavad kahekesi.  </w:t>
      </w:r>
      <w:r>
        <w:rPr>
          <w:color w:val="667085"/>
          <w:sz w:val="20"/>
        </w:rPr>
        <w:t>→ ______________________________</w:t>
      </w:r>
    </w:p>
    <w:p w14:paraId="06B2BD68" w14:textId="77777777" w:rsidR="00FC1A58" w:rsidRDefault="009D6FFD">
      <w:pPr>
        <w:spacing w:after="60" w:line="252" w:lineRule="auto"/>
      </w:pPr>
      <w:r>
        <w:rPr>
          <w:sz w:val="20"/>
        </w:rPr>
        <w:t xml:space="preserve">4. Marta elab koos ema ja isaga. Isa varasemast suhtest pärit poeg elab nendega üle nädala.  </w:t>
      </w:r>
      <w:r>
        <w:rPr>
          <w:color w:val="667085"/>
          <w:sz w:val="20"/>
        </w:rPr>
        <w:t>→ ______________________________</w:t>
      </w:r>
    </w:p>
    <w:p w14:paraId="1218F63B" w14:textId="77777777" w:rsidR="00E26EEC" w:rsidRDefault="00E26EEC" w:rsidP="00E26EEC">
      <w:pPr>
        <w:spacing w:before="200" w:after="60"/>
      </w:pPr>
      <w:proofErr w:type="gramStart"/>
      <w:r>
        <w:rPr>
          <w:b/>
          <w:color w:val="B7791F"/>
          <w:sz w:val="24"/>
        </w:rPr>
        <w:t xml:space="preserve">2  </w:t>
      </w:r>
      <w:proofErr w:type="spellStart"/>
      <w:r>
        <w:rPr>
          <w:b/>
          <w:color w:val="19324D"/>
          <w:sz w:val="26"/>
        </w:rPr>
        <w:t>Õige</w:t>
      </w:r>
      <w:proofErr w:type="spellEnd"/>
      <w:proofErr w:type="gramEnd"/>
      <w:r>
        <w:rPr>
          <w:b/>
          <w:color w:val="19324D"/>
          <w:sz w:val="26"/>
        </w:rPr>
        <w:t xml:space="preserve"> </w:t>
      </w:r>
      <w:proofErr w:type="spellStart"/>
      <w:r>
        <w:rPr>
          <w:b/>
          <w:color w:val="19324D"/>
          <w:sz w:val="26"/>
        </w:rPr>
        <w:t>või</w:t>
      </w:r>
      <w:proofErr w:type="spellEnd"/>
      <w:r>
        <w:rPr>
          <w:b/>
          <w:color w:val="19324D"/>
          <w:sz w:val="26"/>
        </w:rPr>
        <w:t xml:space="preserve"> vale? </w:t>
      </w:r>
      <w:proofErr w:type="spellStart"/>
      <w:r>
        <w:rPr>
          <w:b/>
          <w:color w:val="19324D"/>
          <w:sz w:val="26"/>
        </w:rPr>
        <w:t>Paranda</w:t>
      </w:r>
      <w:proofErr w:type="spellEnd"/>
      <w:r>
        <w:rPr>
          <w:b/>
          <w:color w:val="19324D"/>
          <w:sz w:val="26"/>
        </w:rPr>
        <w:t xml:space="preserve"> vale </w:t>
      </w:r>
      <w:proofErr w:type="spellStart"/>
      <w:r>
        <w:rPr>
          <w:b/>
          <w:color w:val="19324D"/>
          <w:sz w:val="26"/>
        </w:rPr>
        <w:t>väide</w:t>
      </w:r>
      <w:proofErr w:type="spellEnd"/>
      <w:r>
        <w:rPr>
          <w:b/>
          <w:color w:val="19324D"/>
          <w:sz w:val="26"/>
        </w:rPr>
        <w:t>.</w:t>
      </w:r>
    </w:p>
    <w:p w14:paraId="62AAF8CB" w14:textId="77777777" w:rsidR="00E26EEC" w:rsidRDefault="00E26EEC" w:rsidP="00E26EEC">
      <w:pPr>
        <w:spacing w:after="60" w:line="252" w:lineRule="auto"/>
      </w:pPr>
      <w:r>
        <w:rPr>
          <w:sz w:val="20"/>
        </w:rPr>
        <w:t xml:space="preserve">1. </w:t>
      </w:r>
      <w:proofErr w:type="spellStart"/>
      <w:r>
        <w:rPr>
          <w:sz w:val="20"/>
        </w:rPr>
        <w:t>Perekond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tähendab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alati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ainult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vanemaid</w:t>
      </w:r>
      <w:proofErr w:type="spellEnd"/>
      <w:r>
        <w:rPr>
          <w:sz w:val="20"/>
        </w:rPr>
        <w:t xml:space="preserve"> ja </w:t>
      </w:r>
      <w:proofErr w:type="spellStart"/>
      <w:r>
        <w:rPr>
          <w:sz w:val="20"/>
        </w:rPr>
        <w:t>nende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bioloogilisi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lapsi</w:t>
      </w:r>
      <w:proofErr w:type="spellEnd"/>
      <w:r>
        <w:rPr>
          <w:sz w:val="20"/>
        </w:rPr>
        <w:t xml:space="preserve">.  </w:t>
      </w:r>
      <w:r>
        <w:rPr>
          <w:b/>
          <w:color w:val="2C7A7B"/>
          <w:sz w:val="19"/>
        </w:rPr>
        <w:t xml:space="preserve">☐ </w:t>
      </w:r>
      <w:proofErr w:type="spellStart"/>
      <w:r>
        <w:rPr>
          <w:b/>
          <w:color w:val="2C7A7B"/>
          <w:sz w:val="19"/>
        </w:rPr>
        <w:t>Õige</w:t>
      </w:r>
      <w:proofErr w:type="spellEnd"/>
      <w:r>
        <w:rPr>
          <w:b/>
          <w:color w:val="2C7A7B"/>
          <w:sz w:val="19"/>
        </w:rPr>
        <w:t xml:space="preserve">   ☐ </w:t>
      </w:r>
      <w:proofErr w:type="gramStart"/>
      <w:r>
        <w:rPr>
          <w:b/>
          <w:color w:val="2C7A7B"/>
          <w:sz w:val="19"/>
        </w:rPr>
        <w:t>Vale</w:t>
      </w:r>
      <w:r>
        <w:rPr>
          <w:color w:val="667085"/>
          <w:sz w:val="19"/>
        </w:rPr>
        <w:t xml:space="preserve">  </w:t>
      </w:r>
      <w:proofErr w:type="spellStart"/>
      <w:r>
        <w:rPr>
          <w:color w:val="667085"/>
          <w:sz w:val="19"/>
        </w:rPr>
        <w:t>Parandus</w:t>
      </w:r>
      <w:proofErr w:type="spellEnd"/>
      <w:proofErr w:type="gramEnd"/>
      <w:r>
        <w:rPr>
          <w:color w:val="667085"/>
          <w:sz w:val="19"/>
        </w:rPr>
        <w:t>: ________________________________</w:t>
      </w:r>
    </w:p>
    <w:p w14:paraId="541768E6" w14:textId="77777777" w:rsidR="00E26EEC" w:rsidRDefault="00E26EEC" w:rsidP="00E26EEC">
      <w:pPr>
        <w:spacing w:after="60" w:line="252" w:lineRule="auto"/>
      </w:pPr>
      <w:r>
        <w:rPr>
          <w:sz w:val="20"/>
        </w:rPr>
        <w:t xml:space="preserve">2. </w:t>
      </w:r>
      <w:proofErr w:type="spellStart"/>
      <w:r>
        <w:rPr>
          <w:sz w:val="20"/>
        </w:rPr>
        <w:t>Kärgperes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võivad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koos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elada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eri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varasematest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peresuhetest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pärit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inimesed</w:t>
      </w:r>
      <w:proofErr w:type="spellEnd"/>
      <w:r>
        <w:rPr>
          <w:sz w:val="20"/>
        </w:rPr>
        <w:t xml:space="preserve">.  </w:t>
      </w:r>
      <w:r>
        <w:rPr>
          <w:b/>
          <w:color w:val="2C7A7B"/>
          <w:sz w:val="19"/>
        </w:rPr>
        <w:t xml:space="preserve">☐ </w:t>
      </w:r>
      <w:proofErr w:type="spellStart"/>
      <w:r>
        <w:rPr>
          <w:b/>
          <w:color w:val="2C7A7B"/>
          <w:sz w:val="19"/>
        </w:rPr>
        <w:t>Õige</w:t>
      </w:r>
      <w:proofErr w:type="spellEnd"/>
      <w:r>
        <w:rPr>
          <w:b/>
          <w:color w:val="2C7A7B"/>
          <w:sz w:val="19"/>
        </w:rPr>
        <w:t xml:space="preserve">   ☐ </w:t>
      </w:r>
      <w:proofErr w:type="gramStart"/>
      <w:r>
        <w:rPr>
          <w:b/>
          <w:color w:val="2C7A7B"/>
          <w:sz w:val="19"/>
        </w:rPr>
        <w:t>Vale</w:t>
      </w:r>
      <w:r>
        <w:rPr>
          <w:color w:val="667085"/>
          <w:sz w:val="19"/>
        </w:rPr>
        <w:t xml:space="preserve">  </w:t>
      </w:r>
      <w:proofErr w:type="spellStart"/>
      <w:r>
        <w:rPr>
          <w:color w:val="667085"/>
          <w:sz w:val="19"/>
        </w:rPr>
        <w:t>Parandus</w:t>
      </w:r>
      <w:proofErr w:type="spellEnd"/>
      <w:proofErr w:type="gramEnd"/>
      <w:r>
        <w:rPr>
          <w:color w:val="667085"/>
          <w:sz w:val="19"/>
        </w:rPr>
        <w:t>: ________________________________</w:t>
      </w:r>
    </w:p>
    <w:p w14:paraId="212021A3" w14:textId="77777777" w:rsidR="00E26EEC" w:rsidRDefault="00E26EEC" w:rsidP="00E26EEC">
      <w:pPr>
        <w:spacing w:after="60" w:line="252" w:lineRule="auto"/>
      </w:pPr>
      <w:r>
        <w:rPr>
          <w:sz w:val="20"/>
        </w:rPr>
        <w:t xml:space="preserve">3. </w:t>
      </w:r>
      <w:proofErr w:type="spellStart"/>
      <w:r>
        <w:rPr>
          <w:sz w:val="20"/>
        </w:rPr>
        <w:t>Laiendatud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perekonnas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võib</w:t>
      </w:r>
      <w:proofErr w:type="spellEnd"/>
      <w:r>
        <w:rPr>
          <w:sz w:val="20"/>
        </w:rPr>
        <w:t xml:space="preserve"> olla </w:t>
      </w:r>
      <w:proofErr w:type="spellStart"/>
      <w:r>
        <w:rPr>
          <w:sz w:val="20"/>
        </w:rPr>
        <w:t>oluline</w:t>
      </w:r>
      <w:proofErr w:type="spellEnd"/>
      <w:r>
        <w:rPr>
          <w:sz w:val="20"/>
        </w:rPr>
        <w:t xml:space="preserve"> roll </w:t>
      </w:r>
      <w:proofErr w:type="spellStart"/>
      <w:r>
        <w:rPr>
          <w:sz w:val="20"/>
        </w:rPr>
        <w:t>vanavanematel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või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teistel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sugulastel</w:t>
      </w:r>
      <w:proofErr w:type="spellEnd"/>
      <w:r>
        <w:rPr>
          <w:sz w:val="20"/>
        </w:rPr>
        <w:t xml:space="preserve">.  </w:t>
      </w:r>
      <w:r>
        <w:rPr>
          <w:b/>
          <w:color w:val="2C7A7B"/>
          <w:sz w:val="19"/>
        </w:rPr>
        <w:t xml:space="preserve">☐ </w:t>
      </w:r>
      <w:proofErr w:type="spellStart"/>
      <w:r>
        <w:rPr>
          <w:b/>
          <w:color w:val="2C7A7B"/>
          <w:sz w:val="19"/>
        </w:rPr>
        <w:t>Õige</w:t>
      </w:r>
      <w:proofErr w:type="spellEnd"/>
      <w:r>
        <w:rPr>
          <w:b/>
          <w:color w:val="2C7A7B"/>
          <w:sz w:val="19"/>
        </w:rPr>
        <w:t xml:space="preserve">   ☐ </w:t>
      </w:r>
      <w:proofErr w:type="gramStart"/>
      <w:r>
        <w:rPr>
          <w:b/>
          <w:color w:val="2C7A7B"/>
          <w:sz w:val="19"/>
        </w:rPr>
        <w:t>Vale</w:t>
      </w:r>
      <w:r>
        <w:rPr>
          <w:color w:val="667085"/>
          <w:sz w:val="19"/>
        </w:rPr>
        <w:t xml:space="preserve">  </w:t>
      </w:r>
      <w:proofErr w:type="spellStart"/>
      <w:r>
        <w:rPr>
          <w:color w:val="667085"/>
          <w:sz w:val="19"/>
        </w:rPr>
        <w:t>Parandus</w:t>
      </w:r>
      <w:proofErr w:type="spellEnd"/>
      <w:proofErr w:type="gramEnd"/>
      <w:r>
        <w:rPr>
          <w:color w:val="667085"/>
          <w:sz w:val="19"/>
        </w:rPr>
        <w:t>: ________________________________</w:t>
      </w:r>
    </w:p>
    <w:p w14:paraId="68B73B23" w14:textId="77777777" w:rsidR="00E26EEC" w:rsidRDefault="00E26EEC" w:rsidP="00E26EEC">
      <w:pPr>
        <w:spacing w:after="60" w:line="252" w:lineRule="auto"/>
      </w:pPr>
      <w:r>
        <w:rPr>
          <w:sz w:val="20"/>
        </w:rPr>
        <w:t xml:space="preserve">4. </w:t>
      </w:r>
      <w:proofErr w:type="spellStart"/>
      <w:r>
        <w:rPr>
          <w:sz w:val="20"/>
        </w:rPr>
        <w:t>Mittetäielik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perekond</w:t>
      </w:r>
      <w:proofErr w:type="spellEnd"/>
      <w:r>
        <w:rPr>
          <w:sz w:val="20"/>
        </w:rPr>
        <w:t xml:space="preserve"> on </w:t>
      </w:r>
      <w:proofErr w:type="spellStart"/>
      <w:r>
        <w:rPr>
          <w:sz w:val="20"/>
        </w:rPr>
        <w:t>vähem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väärtuslik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kui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mõni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teine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perekonnatüüp</w:t>
      </w:r>
      <w:proofErr w:type="spellEnd"/>
      <w:r>
        <w:rPr>
          <w:sz w:val="20"/>
        </w:rPr>
        <w:t xml:space="preserve">.  </w:t>
      </w:r>
      <w:r>
        <w:rPr>
          <w:b/>
          <w:color w:val="2C7A7B"/>
          <w:sz w:val="19"/>
        </w:rPr>
        <w:t xml:space="preserve">☐ </w:t>
      </w:r>
      <w:proofErr w:type="spellStart"/>
      <w:r>
        <w:rPr>
          <w:b/>
          <w:color w:val="2C7A7B"/>
          <w:sz w:val="19"/>
        </w:rPr>
        <w:t>Õige</w:t>
      </w:r>
      <w:proofErr w:type="spellEnd"/>
      <w:r>
        <w:rPr>
          <w:b/>
          <w:color w:val="2C7A7B"/>
          <w:sz w:val="19"/>
        </w:rPr>
        <w:t xml:space="preserve">   ☐ </w:t>
      </w:r>
      <w:proofErr w:type="gramStart"/>
      <w:r>
        <w:rPr>
          <w:b/>
          <w:color w:val="2C7A7B"/>
          <w:sz w:val="19"/>
        </w:rPr>
        <w:t>Vale</w:t>
      </w:r>
      <w:r>
        <w:rPr>
          <w:color w:val="667085"/>
          <w:sz w:val="19"/>
        </w:rPr>
        <w:t xml:space="preserve">  </w:t>
      </w:r>
      <w:proofErr w:type="spellStart"/>
      <w:r>
        <w:rPr>
          <w:color w:val="667085"/>
          <w:sz w:val="19"/>
        </w:rPr>
        <w:t>Parandus</w:t>
      </w:r>
      <w:proofErr w:type="spellEnd"/>
      <w:proofErr w:type="gramEnd"/>
      <w:r>
        <w:rPr>
          <w:color w:val="667085"/>
          <w:sz w:val="19"/>
        </w:rPr>
        <w:t>: ________________________________</w:t>
      </w:r>
    </w:p>
    <w:p w14:paraId="58648E25" w14:textId="77777777" w:rsidR="00FC1A58" w:rsidRDefault="009D6FFD">
      <w:r>
        <w:br w:type="page"/>
      </w:r>
    </w:p>
    <w:p w14:paraId="24AE18E1" w14:textId="77777777" w:rsidR="00FC1A58" w:rsidRDefault="009D6FFD">
      <w:pPr>
        <w:spacing w:before="80" w:after="40"/>
      </w:pPr>
      <w:r>
        <w:rPr>
          <w:b/>
          <w:color w:val="2C7A7B"/>
          <w:sz w:val="24"/>
        </w:rPr>
        <w:lastRenderedPageBreak/>
        <w:t>PEREKONNATÜÜBID</w:t>
      </w:r>
    </w:p>
    <w:p w14:paraId="26F29D56" w14:textId="77777777" w:rsidR="007839A8" w:rsidRPr="007839A8" w:rsidRDefault="009D6FFD" w:rsidP="007839A8">
      <w:pPr>
        <w:spacing w:after="160"/>
        <w:rPr>
          <w:b/>
          <w:color w:val="19324D"/>
          <w:sz w:val="28"/>
          <w:szCs w:val="28"/>
        </w:rPr>
      </w:pPr>
      <w:proofErr w:type="spellStart"/>
      <w:r w:rsidRPr="007839A8">
        <w:rPr>
          <w:b/>
          <w:color w:val="19324D"/>
          <w:sz w:val="28"/>
          <w:szCs w:val="28"/>
        </w:rPr>
        <w:t>Rakenda</w:t>
      </w:r>
      <w:proofErr w:type="spellEnd"/>
      <w:r w:rsidRPr="007839A8">
        <w:rPr>
          <w:b/>
          <w:color w:val="19324D"/>
          <w:sz w:val="28"/>
          <w:szCs w:val="28"/>
        </w:rPr>
        <w:t xml:space="preserve"> </w:t>
      </w:r>
      <w:proofErr w:type="spellStart"/>
      <w:r w:rsidRPr="007839A8">
        <w:rPr>
          <w:b/>
          <w:color w:val="19324D"/>
          <w:sz w:val="28"/>
          <w:szCs w:val="28"/>
        </w:rPr>
        <w:t>mõisteid</w:t>
      </w:r>
      <w:proofErr w:type="spellEnd"/>
      <w:r w:rsidRPr="007839A8">
        <w:rPr>
          <w:b/>
          <w:color w:val="19324D"/>
          <w:sz w:val="28"/>
          <w:szCs w:val="28"/>
        </w:rPr>
        <w:t xml:space="preserve"> ja </w:t>
      </w:r>
      <w:proofErr w:type="spellStart"/>
      <w:r w:rsidRPr="007839A8">
        <w:rPr>
          <w:b/>
          <w:color w:val="19324D"/>
          <w:sz w:val="28"/>
          <w:szCs w:val="28"/>
        </w:rPr>
        <w:t>põhjenda</w:t>
      </w:r>
      <w:proofErr w:type="spellEnd"/>
      <w:r w:rsidRPr="007839A8">
        <w:rPr>
          <w:b/>
          <w:color w:val="19324D"/>
          <w:sz w:val="28"/>
          <w:szCs w:val="28"/>
        </w:rPr>
        <w:t xml:space="preserve"> </w:t>
      </w:r>
      <w:proofErr w:type="spellStart"/>
      <w:r w:rsidRPr="007839A8">
        <w:rPr>
          <w:b/>
          <w:color w:val="19324D"/>
          <w:sz w:val="28"/>
          <w:szCs w:val="28"/>
        </w:rPr>
        <w:t>oma</w:t>
      </w:r>
      <w:proofErr w:type="spellEnd"/>
      <w:r w:rsidRPr="007839A8">
        <w:rPr>
          <w:b/>
          <w:color w:val="19324D"/>
          <w:sz w:val="28"/>
          <w:szCs w:val="28"/>
        </w:rPr>
        <w:t xml:space="preserve"> </w:t>
      </w:r>
      <w:proofErr w:type="spellStart"/>
      <w:r w:rsidRPr="007839A8">
        <w:rPr>
          <w:b/>
          <w:color w:val="19324D"/>
          <w:sz w:val="28"/>
          <w:szCs w:val="28"/>
        </w:rPr>
        <w:t>mõtteid</w:t>
      </w:r>
      <w:proofErr w:type="spellEnd"/>
    </w:p>
    <w:p w14:paraId="1E506338" w14:textId="30841077" w:rsidR="00FC1A58" w:rsidRDefault="00906214" w:rsidP="007839A8">
      <w:pPr>
        <w:spacing w:after="160"/>
      </w:pPr>
      <w:proofErr w:type="gramStart"/>
      <w:r>
        <w:rPr>
          <w:b/>
          <w:color w:val="B7791F"/>
          <w:sz w:val="24"/>
        </w:rPr>
        <w:t>3</w:t>
      </w:r>
      <w:r w:rsidR="009D6FFD">
        <w:rPr>
          <w:b/>
          <w:color w:val="B7791F"/>
          <w:sz w:val="24"/>
        </w:rPr>
        <w:t xml:space="preserve">  </w:t>
      </w:r>
      <w:proofErr w:type="spellStart"/>
      <w:r w:rsidR="009D6FFD">
        <w:rPr>
          <w:b/>
          <w:color w:val="19324D"/>
          <w:sz w:val="26"/>
        </w:rPr>
        <w:t>Juhtumite</w:t>
      </w:r>
      <w:proofErr w:type="spellEnd"/>
      <w:proofErr w:type="gramEnd"/>
      <w:r w:rsidR="009D6FFD">
        <w:rPr>
          <w:b/>
          <w:color w:val="19324D"/>
          <w:sz w:val="26"/>
        </w:rPr>
        <w:t xml:space="preserve"> </w:t>
      </w:r>
      <w:proofErr w:type="spellStart"/>
      <w:r w:rsidR="009D6FFD">
        <w:rPr>
          <w:b/>
          <w:color w:val="19324D"/>
          <w:sz w:val="26"/>
        </w:rPr>
        <w:t>analüüs</w:t>
      </w:r>
      <w:proofErr w:type="spellEnd"/>
    </w:p>
    <w:p w14:paraId="0CFB241A" w14:textId="77777777" w:rsidR="00FC1A58" w:rsidRDefault="009D6FFD">
      <w:pPr>
        <w:spacing w:after="80"/>
      </w:pPr>
      <w:r>
        <w:rPr>
          <w:sz w:val="21"/>
        </w:rPr>
        <w:t>Loe olukorrad läbi. Vali sobivaim mõiste ja põhjenda vastust ühe-kahe lausega.</w:t>
      </w: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FC1A58" w14:paraId="09F0D2F1" w14:textId="77777777">
        <w:tc>
          <w:tcPr>
            <w:tcW w:w="9360" w:type="dxa"/>
            <w:tcBorders>
              <w:top w:val="single" w:sz="6" w:space="0" w:color="D0D5DD"/>
              <w:left w:val="single" w:sz="6" w:space="0" w:color="D0D5DD"/>
              <w:bottom w:val="single" w:sz="6" w:space="0" w:color="D0D5DD"/>
              <w:right w:val="single" w:sz="6" w:space="0" w:color="D0D5DD"/>
            </w:tcBorders>
            <w:shd w:val="clear" w:color="auto" w:fill="F3F5F7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9A4BB3C" w14:textId="77777777" w:rsidR="00FC1A58" w:rsidRDefault="009D6FFD">
            <w:pPr>
              <w:spacing w:after="60" w:line="264" w:lineRule="auto"/>
            </w:pPr>
            <w:r>
              <w:rPr>
                <w:b/>
                <w:color w:val="B7791F"/>
              </w:rPr>
              <w:t xml:space="preserve">A. </w:t>
            </w:r>
            <w:r>
              <w:rPr>
                <w:sz w:val="21"/>
              </w:rPr>
              <w:t>Pärast vanemate lahutust elab Sander põhiliselt koos emaga. Teise vanema juures käib ta regulaarselt külas.</w:t>
            </w:r>
          </w:p>
          <w:p w14:paraId="5FAFB2B4" w14:textId="77777777" w:rsidR="00FC1A58" w:rsidRDefault="009D6FFD">
            <w:pPr>
              <w:spacing w:after="40" w:line="252" w:lineRule="auto"/>
            </w:pPr>
            <w:r>
              <w:rPr>
                <w:b/>
                <w:color w:val="2C7A7B"/>
                <w:sz w:val="20"/>
              </w:rPr>
              <w:t>Perekonnatüüp: ____________________  Põhjendus:</w:t>
            </w:r>
          </w:p>
          <w:p w14:paraId="72678F49" w14:textId="77777777" w:rsidR="00FC1A58" w:rsidRDefault="009D6FFD">
            <w:pPr>
              <w:spacing w:after="0" w:line="240" w:lineRule="auto"/>
            </w:pPr>
            <w:r>
              <w:rPr>
                <w:color w:val="98A2B3"/>
                <w:sz w:val="19"/>
              </w:rPr>
              <w:t>________________________________________________________________________________</w:t>
            </w:r>
          </w:p>
        </w:tc>
      </w:tr>
      <w:tr w:rsidR="00FC1A58" w14:paraId="430BDA63" w14:textId="77777777">
        <w:tc>
          <w:tcPr>
            <w:tcW w:w="9360" w:type="dxa"/>
            <w:tcBorders>
              <w:top w:val="single" w:sz="6" w:space="0" w:color="D0D5DD"/>
              <w:left w:val="single" w:sz="6" w:space="0" w:color="D0D5DD"/>
              <w:bottom w:val="single" w:sz="6" w:space="0" w:color="D0D5DD"/>
              <w:right w:val="single" w:sz="6" w:space="0" w:color="D0D5DD"/>
            </w:tcBorders>
            <w:shd w:val="clear" w:color="auto" w:fill="FFF4D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284267E" w14:textId="77777777" w:rsidR="00FC1A58" w:rsidRDefault="009D6FFD">
            <w:pPr>
              <w:spacing w:after="60" w:line="264" w:lineRule="auto"/>
            </w:pPr>
            <w:r>
              <w:rPr>
                <w:b/>
                <w:color w:val="B7791F"/>
              </w:rPr>
              <w:t xml:space="preserve">B. </w:t>
            </w:r>
            <w:r>
              <w:rPr>
                <w:sz w:val="21"/>
              </w:rPr>
              <w:t>Anu ja Mark elavad koos Anu kahe lapsega ning Marki varasemast suhtest pärit tütrega.</w:t>
            </w:r>
          </w:p>
          <w:p w14:paraId="22C572D6" w14:textId="77777777" w:rsidR="00FC1A58" w:rsidRDefault="009D6FFD">
            <w:pPr>
              <w:spacing w:after="40" w:line="252" w:lineRule="auto"/>
            </w:pPr>
            <w:r>
              <w:rPr>
                <w:b/>
                <w:color w:val="2C7A7B"/>
                <w:sz w:val="20"/>
              </w:rPr>
              <w:t>Perekonnatüüp: ____________________  Põhjendus:</w:t>
            </w:r>
          </w:p>
          <w:p w14:paraId="0BD34507" w14:textId="77777777" w:rsidR="00FC1A58" w:rsidRDefault="009D6FFD">
            <w:pPr>
              <w:spacing w:after="0" w:line="240" w:lineRule="auto"/>
            </w:pPr>
            <w:r>
              <w:rPr>
                <w:color w:val="98A2B3"/>
                <w:sz w:val="19"/>
              </w:rPr>
              <w:t>________________________________________________________________________________</w:t>
            </w:r>
          </w:p>
        </w:tc>
      </w:tr>
      <w:tr w:rsidR="00FC1A58" w14:paraId="4D20CDF1" w14:textId="77777777">
        <w:tc>
          <w:tcPr>
            <w:tcW w:w="9360" w:type="dxa"/>
            <w:tcBorders>
              <w:top w:val="single" w:sz="6" w:space="0" w:color="D0D5DD"/>
              <w:left w:val="single" w:sz="6" w:space="0" w:color="D0D5DD"/>
              <w:bottom w:val="single" w:sz="6" w:space="0" w:color="D0D5DD"/>
              <w:right w:val="single" w:sz="6" w:space="0" w:color="D0D5DD"/>
            </w:tcBorders>
            <w:shd w:val="clear" w:color="auto" w:fill="F3F5F7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7890F23" w14:textId="77777777" w:rsidR="00FC1A58" w:rsidRDefault="009D6FFD">
            <w:pPr>
              <w:spacing w:after="60" w:line="264" w:lineRule="auto"/>
            </w:pPr>
            <w:r>
              <w:rPr>
                <w:b/>
                <w:color w:val="B7791F"/>
              </w:rPr>
              <w:t xml:space="preserve">C. </w:t>
            </w:r>
            <w:r>
              <w:rPr>
                <w:sz w:val="21"/>
              </w:rPr>
              <w:t>Grete elab koos vanemate, kahe venna ja vanaisaga. Kõik osalevad kodustes tegemistes.</w:t>
            </w:r>
          </w:p>
          <w:p w14:paraId="0016620C" w14:textId="77777777" w:rsidR="00FC1A58" w:rsidRDefault="009D6FFD">
            <w:pPr>
              <w:spacing w:after="40" w:line="252" w:lineRule="auto"/>
            </w:pPr>
            <w:r>
              <w:rPr>
                <w:b/>
                <w:color w:val="2C7A7B"/>
                <w:sz w:val="20"/>
              </w:rPr>
              <w:t>Perekonnatüüp: ____________________  Põhjendus:</w:t>
            </w:r>
          </w:p>
          <w:p w14:paraId="75BC1FE7" w14:textId="77777777" w:rsidR="00FC1A58" w:rsidRDefault="009D6FFD">
            <w:pPr>
              <w:spacing w:after="0" w:line="240" w:lineRule="auto"/>
            </w:pPr>
            <w:r>
              <w:rPr>
                <w:color w:val="98A2B3"/>
                <w:sz w:val="19"/>
              </w:rPr>
              <w:t>________________________________________________________________________________</w:t>
            </w:r>
          </w:p>
        </w:tc>
      </w:tr>
    </w:tbl>
    <w:p w14:paraId="6ABD06F0" w14:textId="04971975" w:rsidR="00DA21C7" w:rsidRPr="007839A8" w:rsidRDefault="00906214" w:rsidP="00DA21C7">
      <w:pPr>
        <w:spacing w:before="200" w:after="60"/>
        <w:rPr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4. </w:t>
      </w:r>
      <w:proofErr w:type="gramStart"/>
      <w:r w:rsidR="00DA21C7" w:rsidRPr="007839A8">
        <w:rPr>
          <w:b/>
          <w:color w:val="auto"/>
          <w:sz w:val="28"/>
          <w:szCs w:val="28"/>
        </w:rPr>
        <w:t xml:space="preserve">A  </w:t>
      </w:r>
      <w:proofErr w:type="spellStart"/>
      <w:r w:rsidR="007839A8" w:rsidRPr="007839A8">
        <w:rPr>
          <w:b/>
          <w:color w:val="auto"/>
          <w:sz w:val="28"/>
          <w:szCs w:val="28"/>
        </w:rPr>
        <w:t>Kooseluvormide</w:t>
      </w:r>
      <w:proofErr w:type="spellEnd"/>
      <w:proofErr w:type="gramEnd"/>
      <w:r w:rsidR="007839A8" w:rsidRPr="007839A8">
        <w:rPr>
          <w:b/>
          <w:color w:val="auto"/>
          <w:sz w:val="28"/>
          <w:szCs w:val="28"/>
        </w:rPr>
        <w:t xml:space="preserve"> </w:t>
      </w:r>
      <w:proofErr w:type="spellStart"/>
      <w:r w:rsidR="007839A8">
        <w:rPr>
          <w:b/>
          <w:color w:val="auto"/>
          <w:sz w:val="28"/>
          <w:szCs w:val="28"/>
        </w:rPr>
        <w:t>m</w:t>
      </w:r>
      <w:r w:rsidR="00DA21C7" w:rsidRPr="007839A8">
        <w:rPr>
          <w:b/>
          <w:color w:val="auto"/>
          <w:sz w:val="28"/>
          <w:szCs w:val="28"/>
        </w:rPr>
        <w:t>õisted</w:t>
      </w:r>
      <w:proofErr w:type="spellEnd"/>
      <w:r w:rsidR="00560E43">
        <w:rPr>
          <w:b/>
          <w:color w:val="auto"/>
          <w:sz w:val="28"/>
          <w:szCs w:val="28"/>
        </w:rPr>
        <w:t xml:space="preserve">: </w:t>
      </w:r>
      <w:proofErr w:type="spellStart"/>
      <w:r w:rsidR="00560E43">
        <w:rPr>
          <w:b/>
          <w:color w:val="auto"/>
          <w:sz w:val="28"/>
          <w:szCs w:val="28"/>
        </w:rPr>
        <w:t>kooselu</w:t>
      </w:r>
      <w:proofErr w:type="spellEnd"/>
      <w:r w:rsidR="00560E43">
        <w:rPr>
          <w:b/>
          <w:color w:val="auto"/>
          <w:sz w:val="28"/>
          <w:szCs w:val="28"/>
        </w:rPr>
        <w:t xml:space="preserve">, </w:t>
      </w:r>
      <w:proofErr w:type="spellStart"/>
      <w:r w:rsidR="00560E43">
        <w:rPr>
          <w:b/>
          <w:color w:val="auto"/>
          <w:sz w:val="28"/>
          <w:szCs w:val="28"/>
        </w:rPr>
        <w:t>abielu</w:t>
      </w:r>
      <w:proofErr w:type="spellEnd"/>
      <w:r w:rsidR="00560E43">
        <w:rPr>
          <w:b/>
          <w:color w:val="auto"/>
          <w:sz w:val="28"/>
          <w:szCs w:val="28"/>
        </w:rPr>
        <w:t xml:space="preserve">, </w:t>
      </w:r>
      <w:proofErr w:type="spellStart"/>
      <w:r w:rsidR="00560E43">
        <w:rPr>
          <w:b/>
          <w:color w:val="auto"/>
          <w:sz w:val="28"/>
          <w:szCs w:val="28"/>
        </w:rPr>
        <w:t>vabaabielu</w:t>
      </w:r>
      <w:proofErr w:type="spellEnd"/>
      <w:r w:rsidR="00560E43">
        <w:rPr>
          <w:b/>
          <w:color w:val="auto"/>
          <w:sz w:val="28"/>
          <w:szCs w:val="28"/>
        </w:rPr>
        <w:t xml:space="preserve">, </w:t>
      </w:r>
      <w:proofErr w:type="spellStart"/>
      <w:r w:rsidR="00560E43">
        <w:rPr>
          <w:b/>
          <w:color w:val="auto"/>
          <w:sz w:val="28"/>
          <w:szCs w:val="28"/>
        </w:rPr>
        <w:t>fiktiivabielu</w:t>
      </w:r>
      <w:proofErr w:type="spellEnd"/>
      <w:r w:rsidR="00560E43">
        <w:rPr>
          <w:b/>
          <w:color w:val="auto"/>
          <w:sz w:val="28"/>
          <w:szCs w:val="28"/>
        </w:rPr>
        <w:t xml:space="preserve">, </w:t>
      </w:r>
      <w:proofErr w:type="spellStart"/>
      <w:r w:rsidR="00560E43">
        <w:rPr>
          <w:b/>
          <w:color w:val="auto"/>
          <w:sz w:val="28"/>
          <w:szCs w:val="28"/>
        </w:rPr>
        <w:t>kordusabielu</w:t>
      </w:r>
      <w:proofErr w:type="spellEnd"/>
      <w:r w:rsidR="00560E43">
        <w:rPr>
          <w:b/>
          <w:color w:val="auto"/>
          <w:sz w:val="28"/>
          <w:szCs w:val="28"/>
        </w:rPr>
        <w:t xml:space="preserve"> ja </w:t>
      </w:r>
      <w:proofErr w:type="spellStart"/>
      <w:r w:rsidR="00560E43">
        <w:rPr>
          <w:b/>
          <w:color w:val="auto"/>
          <w:sz w:val="28"/>
          <w:szCs w:val="28"/>
        </w:rPr>
        <w:t>külalisabielu</w:t>
      </w:r>
      <w:proofErr w:type="spellEnd"/>
    </w:p>
    <w:p w14:paraId="70C002EC" w14:textId="725BDACA" w:rsidR="00DA21C7" w:rsidRDefault="00560E43" w:rsidP="00DA21C7">
      <w:pPr>
        <w:spacing w:after="100"/>
      </w:pPr>
      <w:r>
        <w:rPr>
          <w:i/>
          <w:color w:val="667085"/>
          <w:sz w:val="21"/>
        </w:rPr>
        <w:t xml:space="preserve">Lisa </w:t>
      </w:r>
      <w:proofErr w:type="spellStart"/>
      <w:r>
        <w:rPr>
          <w:i/>
          <w:color w:val="667085"/>
          <w:sz w:val="21"/>
        </w:rPr>
        <w:t>mõisted</w:t>
      </w:r>
      <w:proofErr w:type="spellEnd"/>
      <w:r>
        <w:rPr>
          <w:i/>
          <w:color w:val="667085"/>
          <w:sz w:val="21"/>
        </w:rPr>
        <w:t xml:space="preserve"> </w:t>
      </w:r>
      <w:proofErr w:type="spellStart"/>
      <w:r>
        <w:rPr>
          <w:i/>
          <w:color w:val="667085"/>
          <w:sz w:val="21"/>
        </w:rPr>
        <w:t>õige</w:t>
      </w:r>
      <w:proofErr w:type="spellEnd"/>
      <w:r>
        <w:rPr>
          <w:i/>
          <w:color w:val="667085"/>
          <w:sz w:val="21"/>
        </w:rPr>
        <w:t xml:space="preserve"> </w:t>
      </w:r>
      <w:proofErr w:type="spellStart"/>
      <w:r>
        <w:rPr>
          <w:i/>
          <w:color w:val="667085"/>
          <w:sz w:val="21"/>
        </w:rPr>
        <w:t>selgituse</w:t>
      </w:r>
      <w:proofErr w:type="spellEnd"/>
      <w:r>
        <w:rPr>
          <w:i/>
          <w:color w:val="667085"/>
          <w:sz w:val="21"/>
        </w:rPr>
        <w:t xml:space="preserve"> </w:t>
      </w:r>
      <w:proofErr w:type="spellStart"/>
      <w:r>
        <w:rPr>
          <w:i/>
          <w:color w:val="667085"/>
          <w:sz w:val="21"/>
        </w:rPr>
        <w:t>juurde</w:t>
      </w:r>
      <w:proofErr w:type="spellEnd"/>
      <w:r w:rsidR="00DA21C7">
        <w:rPr>
          <w:i/>
          <w:color w:val="667085"/>
          <w:sz w:val="21"/>
        </w:rPr>
        <w:t xml:space="preserve">. Pane </w:t>
      </w:r>
      <w:proofErr w:type="spellStart"/>
      <w:r w:rsidR="00DA21C7">
        <w:rPr>
          <w:i/>
          <w:color w:val="667085"/>
          <w:sz w:val="21"/>
        </w:rPr>
        <w:t>tähele</w:t>
      </w:r>
      <w:proofErr w:type="spellEnd"/>
      <w:r w:rsidR="00DA21C7">
        <w:rPr>
          <w:i/>
          <w:color w:val="667085"/>
          <w:sz w:val="21"/>
        </w:rPr>
        <w:t xml:space="preserve">, mis </w:t>
      </w:r>
      <w:proofErr w:type="spellStart"/>
      <w:r w:rsidR="00DA21C7">
        <w:rPr>
          <w:i/>
          <w:color w:val="667085"/>
          <w:sz w:val="21"/>
        </w:rPr>
        <w:t>eristab</w:t>
      </w:r>
      <w:proofErr w:type="spellEnd"/>
      <w:r w:rsidR="00DA21C7">
        <w:rPr>
          <w:i/>
          <w:color w:val="667085"/>
          <w:sz w:val="21"/>
        </w:rPr>
        <w:t xml:space="preserve"> </w:t>
      </w:r>
      <w:proofErr w:type="spellStart"/>
      <w:r w:rsidR="00DA21C7">
        <w:rPr>
          <w:i/>
          <w:color w:val="667085"/>
          <w:sz w:val="21"/>
        </w:rPr>
        <w:t>ametlikku</w:t>
      </w:r>
      <w:proofErr w:type="spellEnd"/>
      <w:r w:rsidR="00DA21C7">
        <w:rPr>
          <w:i/>
          <w:color w:val="667085"/>
          <w:sz w:val="21"/>
        </w:rPr>
        <w:t xml:space="preserve"> </w:t>
      </w:r>
      <w:proofErr w:type="spellStart"/>
      <w:r w:rsidR="00DA21C7">
        <w:rPr>
          <w:i/>
          <w:color w:val="667085"/>
          <w:sz w:val="21"/>
        </w:rPr>
        <w:t>abielu</w:t>
      </w:r>
      <w:proofErr w:type="spellEnd"/>
      <w:r w:rsidR="00DA21C7">
        <w:rPr>
          <w:i/>
          <w:color w:val="667085"/>
          <w:sz w:val="21"/>
        </w:rPr>
        <w:t xml:space="preserve">, </w:t>
      </w:r>
      <w:proofErr w:type="spellStart"/>
      <w:r w:rsidR="00DA21C7">
        <w:rPr>
          <w:i/>
          <w:color w:val="667085"/>
          <w:sz w:val="21"/>
        </w:rPr>
        <w:t>kooselu</w:t>
      </w:r>
      <w:proofErr w:type="spellEnd"/>
      <w:r w:rsidR="00DA21C7">
        <w:rPr>
          <w:i/>
          <w:color w:val="667085"/>
          <w:sz w:val="21"/>
        </w:rPr>
        <w:t xml:space="preserve"> ja </w:t>
      </w:r>
      <w:proofErr w:type="spellStart"/>
      <w:r w:rsidR="00DA21C7">
        <w:rPr>
          <w:i/>
          <w:color w:val="667085"/>
          <w:sz w:val="21"/>
        </w:rPr>
        <w:t>suhte</w:t>
      </w:r>
      <w:proofErr w:type="spellEnd"/>
      <w:r w:rsidR="00DA21C7">
        <w:rPr>
          <w:i/>
          <w:color w:val="667085"/>
          <w:sz w:val="21"/>
        </w:rPr>
        <w:t xml:space="preserve"> </w:t>
      </w:r>
      <w:proofErr w:type="spellStart"/>
      <w:r w:rsidR="00DA21C7">
        <w:rPr>
          <w:i/>
          <w:color w:val="667085"/>
          <w:sz w:val="21"/>
        </w:rPr>
        <w:t>korraldust</w:t>
      </w:r>
      <w:proofErr w:type="spellEnd"/>
      <w:r w:rsidR="00DA21C7">
        <w:rPr>
          <w:i/>
          <w:color w:val="667085"/>
          <w:sz w:val="21"/>
        </w:rPr>
        <w:t>.</w:t>
      </w: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300"/>
        <w:gridCol w:w="7060"/>
      </w:tblGrid>
      <w:tr w:rsidR="00DA21C7" w14:paraId="3B75B906" w14:textId="77777777" w:rsidTr="00643D80">
        <w:tc>
          <w:tcPr>
            <w:tcW w:w="2300" w:type="dxa"/>
            <w:tcBorders>
              <w:top w:val="single" w:sz="8" w:space="0" w:color="19324D"/>
              <w:left w:val="single" w:sz="8" w:space="0" w:color="19324D"/>
              <w:bottom w:val="single" w:sz="8" w:space="0" w:color="19324D"/>
              <w:right w:val="single" w:sz="8" w:space="0" w:color="19324D"/>
            </w:tcBorders>
            <w:shd w:val="clear" w:color="auto" w:fill="19324D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13CFA7E" w14:textId="77777777" w:rsidR="00DA21C7" w:rsidRDefault="00DA21C7" w:rsidP="00643D80">
            <w:pPr>
              <w:spacing w:after="0"/>
            </w:pPr>
            <w:proofErr w:type="spellStart"/>
            <w:r>
              <w:rPr>
                <w:b/>
                <w:color w:val="FFFFFF"/>
                <w:sz w:val="20"/>
              </w:rPr>
              <w:t>Mõiste</w:t>
            </w:r>
            <w:proofErr w:type="spellEnd"/>
          </w:p>
        </w:tc>
        <w:tc>
          <w:tcPr>
            <w:tcW w:w="7060" w:type="dxa"/>
            <w:tcBorders>
              <w:top w:val="single" w:sz="8" w:space="0" w:color="19324D"/>
              <w:left w:val="single" w:sz="8" w:space="0" w:color="19324D"/>
              <w:bottom w:val="single" w:sz="8" w:space="0" w:color="19324D"/>
              <w:right w:val="single" w:sz="8" w:space="0" w:color="19324D"/>
            </w:tcBorders>
            <w:shd w:val="clear" w:color="auto" w:fill="19324D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B6276D5" w14:textId="77777777" w:rsidR="00DA21C7" w:rsidRDefault="00DA21C7" w:rsidP="00643D80">
            <w:pPr>
              <w:spacing w:after="0"/>
            </w:pPr>
            <w:proofErr w:type="spellStart"/>
            <w:r>
              <w:rPr>
                <w:b/>
                <w:color w:val="FFFFFF"/>
                <w:sz w:val="20"/>
              </w:rPr>
              <w:t>Selgitus</w:t>
            </w:r>
            <w:proofErr w:type="spellEnd"/>
          </w:p>
        </w:tc>
      </w:tr>
      <w:tr w:rsidR="00DA21C7" w14:paraId="2A712A7B" w14:textId="77777777" w:rsidTr="00643D80">
        <w:tc>
          <w:tcPr>
            <w:tcW w:w="2300" w:type="dxa"/>
            <w:tcBorders>
              <w:top w:val="single" w:sz="6" w:space="0" w:color="D0D5DD"/>
              <w:left w:val="single" w:sz="6" w:space="0" w:color="D0D5DD"/>
              <w:bottom w:val="single" w:sz="6" w:space="0" w:color="D0D5DD"/>
              <w:right w:val="single" w:sz="6" w:space="0" w:color="D0D5DD"/>
            </w:tcBorders>
            <w:shd w:val="clear" w:color="auto" w:fill="EAF2F8"/>
          </w:tcPr>
          <w:p w14:paraId="2E47E788" w14:textId="33B855BF" w:rsidR="00DA21C7" w:rsidRDefault="00DA21C7" w:rsidP="00643D80">
            <w:pPr>
              <w:spacing w:after="0" w:line="264" w:lineRule="auto"/>
            </w:pPr>
          </w:p>
        </w:tc>
        <w:tc>
          <w:tcPr>
            <w:tcW w:w="7060" w:type="dxa"/>
            <w:tcBorders>
              <w:top w:val="single" w:sz="6" w:space="0" w:color="D0D5DD"/>
              <w:left w:val="single" w:sz="6" w:space="0" w:color="D0D5DD"/>
              <w:bottom w:val="single" w:sz="6" w:space="0" w:color="D0D5DD"/>
              <w:right w:val="single" w:sz="6" w:space="0" w:color="D0D5DD"/>
            </w:tcBorders>
          </w:tcPr>
          <w:p w14:paraId="178A29C5" w14:textId="77777777" w:rsidR="00DA21C7" w:rsidRDefault="00DA21C7" w:rsidP="00643D80">
            <w:pPr>
              <w:spacing w:after="0" w:line="264" w:lineRule="auto"/>
            </w:pPr>
            <w:proofErr w:type="spellStart"/>
            <w:r>
              <w:rPr>
                <w:sz w:val="19"/>
              </w:rPr>
              <w:t>Õiguslikult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tunnustatud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paarisuhe</w:t>
            </w:r>
            <w:proofErr w:type="spellEnd"/>
            <w:r>
              <w:rPr>
                <w:sz w:val="19"/>
              </w:rPr>
              <w:t xml:space="preserve">, </w:t>
            </w:r>
            <w:proofErr w:type="spellStart"/>
            <w:r>
              <w:rPr>
                <w:sz w:val="19"/>
              </w:rPr>
              <w:t>mille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sõlmimisega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kaasnevad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abikaasadele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seadustest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tulenevad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õigused</w:t>
            </w:r>
            <w:proofErr w:type="spellEnd"/>
            <w:r>
              <w:rPr>
                <w:sz w:val="19"/>
              </w:rPr>
              <w:t xml:space="preserve"> ja </w:t>
            </w:r>
            <w:proofErr w:type="spellStart"/>
            <w:r>
              <w:rPr>
                <w:sz w:val="19"/>
              </w:rPr>
              <w:t>kohustused</w:t>
            </w:r>
            <w:proofErr w:type="spellEnd"/>
            <w:r>
              <w:rPr>
                <w:sz w:val="19"/>
              </w:rPr>
              <w:t>.</w:t>
            </w:r>
          </w:p>
        </w:tc>
      </w:tr>
      <w:tr w:rsidR="00DA21C7" w14:paraId="74686B79" w14:textId="77777777" w:rsidTr="00643D80">
        <w:tc>
          <w:tcPr>
            <w:tcW w:w="2300" w:type="dxa"/>
            <w:tcBorders>
              <w:top w:val="single" w:sz="6" w:space="0" w:color="D0D5DD"/>
              <w:left w:val="single" w:sz="6" w:space="0" w:color="D0D5DD"/>
              <w:bottom w:val="single" w:sz="6" w:space="0" w:color="D0D5DD"/>
              <w:right w:val="single" w:sz="6" w:space="0" w:color="D0D5DD"/>
            </w:tcBorders>
            <w:shd w:val="clear" w:color="auto" w:fill="FFFFFF"/>
          </w:tcPr>
          <w:p w14:paraId="52778833" w14:textId="41BE62A1" w:rsidR="00DA21C7" w:rsidRDefault="00DA21C7" w:rsidP="00643D80">
            <w:pPr>
              <w:spacing w:after="0" w:line="264" w:lineRule="auto"/>
            </w:pPr>
          </w:p>
        </w:tc>
        <w:tc>
          <w:tcPr>
            <w:tcW w:w="7060" w:type="dxa"/>
            <w:tcBorders>
              <w:top w:val="single" w:sz="6" w:space="0" w:color="D0D5DD"/>
              <w:left w:val="single" w:sz="6" w:space="0" w:color="D0D5DD"/>
              <w:bottom w:val="single" w:sz="6" w:space="0" w:color="D0D5DD"/>
              <w:right w:val="single" w:sz="6" w:space="0" w:color="D0D5DD"/>
            </w:tcBorders>
          </w:tcPr>
          <w:p w14:paraId="4EB0EC5C" w14:textId="77777777" w:rsidR="00DA21C7" w:rsidRDefault="00DA21C7" w:rsidP="00643D80">
            <w:pPr>
              <w:spacing w:after="0" w:line="264" w:lineRule="auto"/>
            </w:pPr>
            <w:proofErr w:type="spellStart"/>
            <w:r>
              <w:rPr>
                <w:sz w:val="19"/>
              </w:rPr>
              <w:t>Paarisuhe</w:t>
            </w:r>
            <w:proofErr w:type="spellEnd"/>
            <w:r>
              <w:rPr>
                <w:sz w:val="19"/>
              </w:rPr>
              <w:t xml:space="preserve">, </w:t>
            </w:r>
            <w:proofErr w:type="spellStart"/>
            <w:r>
              <w:rPr>
                <w:sz w:val="19"/>
              </w:rPr>
              <w:t>kus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inimesed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elavad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koos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ühises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majapidamises</w:t>
            </w:r>
            <w:proofErr w:type="spellEnd"/>
            <w:r>
              <w:rPr>
                <w:sz w:val="19"/>
              </w:rPr>
              <w:t xml:space="preserve">, </w:t>
            </w:r>
            <w:proofErr w:type="spellStart"/>
            <w:r>
              <w:rPr>
                <w:sz w:val="19"/>
              </w:rPr>
              <w:t>kuid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ei</w:t>
            </w:r>
            <w:proofErr w:type="spellEnd"/>
            <w:r>
              <w:rPr>
                <w:sz w:val="19"/>
              </w:rPr>
              <w:t xml:space="preserve"> ole </w:t>
            </w:r>
            <w:proofErr w:type="spellStart"/>
            <w:r>
              <w:rPr>
                <w:sz w:val="19"/>
              </w:rPr>
              <w:t>omavahel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abielus</w:t>
            </w:r>
            <w:proofErr w:type="spellEnd"/>
            <w:r>
              <w:rPr>
                <w:sz w:val="19"/>
              </w:rPr>
              <w:t xml:space="preserve">. </w:t>
            </w:r>
            <w:proofErr w:type="spellStart"/>
            <w:r>
              <w:rPr>
                <w:sz w:val="19"/>
              </w:rPr>
              <w:t>Vabaabielu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õiguslik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tähendus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võib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erineda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abielust</w:t>
            </w:r>
            <w:proofErr w:type="spellEnd"/>
            <w:r>
              <w:rPr>
                <w:sz w:val="19"/>
              </w:rPr>
              <w:t>.</w:t>
            </w:r>
          </w:p>
        </w:tc>
      </w:tr>
      <w:tr w:rsidR="00DA21C7" w14:paraId="687660D4" w14:textId="77777777" w:rsidTr="00643D80">
        <w:tc>
          <w:tcPr>
            <w:tcW w:w="2300" w:type="dxa"/>
            <w:tcBorders>
              <w:top w:val="single" w:sz="6" w:space="0" w:color="D0D5DD"/>
              <w:left w:val="single" w:sz="6" w:space="0" w:color="D0D5DD"/>
              <w:bottom w:val="single" w:sz="6" w:space="0" w:color="D0D5DD"/>
              <w:right w:val="single" w:sz="6" w:space="0" w:color="D0D5DD"/>
            </w:tcBorders>
            <w:shd w:val="clear" w:color="auto" w:fill="EAF2F8"/>
          </w:tcPr>
          <w:p w14:paraId="64EFE9EE" w14:textId="3FDA823C" w:rsidR="00DA21C7" w:rsidRDefault="00DA21C7" w:rsidP="00643D80">
            <w:pPr>
              <w:spacing w:after="0" w:line="264" w:lineRule="auto"/>
            </w:pPr>
          </w:p>
        </w:tc>
        <w:tc>
          <w:tcPr>
            <w:tcW w:w="7060" w:type="dxa"/>
            <w:tcBorders>
              <w:top w:val="single" w:sz="6" w:space="0" w:color="D0D5DD"/>
              <w:left w:val="single" w:sz="6" w:space="0" w:color="D0D5DD"/>
              <w:bottom w:val="single" w:sz="6" w:space="0" w:color="D0D5DD"/>
              <w:right w:val="single" w:sz="6" w:space="0" w:color="D0D5DD"/>
            </w:tcBorders>
          </w:tcPr>
          <w:p w14:paraId="62EE3BBB" w14:textId="77777777" w:rsidR="00DA21C7" w:rsidRDefault="00DA21C7" w:rsidP="00643D80">
            <w:pPr>
              <w:spacing w:after="0" w:line="264" w:lineRule="auto"/>
            </w:pPr>
            <w:proofErr w:type="spellStart"/>
            <w:r>
              <w:rPr>
                <w:sz w:val="19"/>
              </w:rPr>
              <w:t>Abielu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või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püsisuhe</w:t>
            </w:r>
            <w:proofErr w:type="spellEnd"/>
            <w:r>
              <w:rPr>
                <w:sz w:val="19"/>
              </w:rPr>
              <w:t xml:space="preserve">, </w:t>
            </w:r>
            <w:proofErr w:type="spellStart"/>
            <w:r>
              <w:rPr>
                <w:sz w:val="19"/>
              </w:rPr>
              <w:t>kus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partnerid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elavad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eri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elukohtades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ning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kohtuvad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regulaarselt</w:t>
            </w:r>
            <w:proofErr w:type="spellEnd"/>
            <w:r>
              <w:rPr>
                <w:sz w:val="19"/>
              </w:rPr>
              <w:t xml:space="preserve">, </w:t>
            </w:r>
            <w:proofErr w:type="spellStart"/>
            <w:r>
              <w:rPr>
                <w:sz w:val="19"/>
              </w:rPr>
              <w:t>säilitades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samal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ajal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oma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ühise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suhte</w:t>
            </w:r>
            <w:proofErr w:type="spellEnd"/>
            <w:r>
              <w:rPr>
                <w:sz w:val="19"/>
              </w:rPr>
              <w:t>.</w:t>
            </w:r>
          </w:p>
        </w:tc>
      </w:tr>
      <w:tr w:rsidR="00DA21C7" w14:paraId="1E10F656" w14:textId="77777777" w:rsidTr="00643D80">
        <w:tc>
          <w:tcPr>
            <w:tcW w:w="2300" w:type="dxa"/>
            <w:tcBorders>
              <w:top w:val="single" w:sz="6" w:space="0" w:color="D0D5DD"/>
              <w:left w:val="single" w:sz="6" w:space="0" w:color="D0D5DD"/>
              <w:bottom w:val="single" w:sz="6" w:space="0" w:color="D0D5DD"/>
              <w:right w:val="single" w:sz="6" w:space="0" w:color="D0D5DD"/>
            </w:tcBorders>
            <w:shd w:val="clear" w:color="auto" w:fill="FFFFFF"/>
          </w:tcPr>
          <w:p w14:paraId="206D9470" w14:textId="3CC2FB62" w:rsidR="00DA21C7" w:rsidRDefault="00DA21C7" w:rsidP="00643D80">
            <w:pPr>
              <w:spacing w:after="0" w:line="264" w:lineRule="auto"/>
            </w:pPr>
          </w:p>
        </w:tc>
        <w:tc>
          <w:tcPr>
            <w:tcW w:w="7060" w:type="dxa"/>
            <w:tcBorders>
              <w:top w:val="single" w:sz="6" w:space="0" w:color="D0D5DD"/>
              <w:left w:val="single" w:sz="6" w:space="0" w:color="D0D5DD"/>
              <w:bottom w:val="single" w:sz="6" w:space="0" w:color="D0D5DD"/>
              <w:right w:val="single" w:sz="6" w:space="0" w:color="D0D5DD"/>
            </w:tcBorders>
          </w:tcPr>
          <w:p w14:paraId="26E443FD" w14:textId="77777777" w:rsidR="00DA21C7" w:rsidRDefault="00DA21C7" w:rsidP="00643D80">
            <w:pPr>
              <w:spacing w:after="0" w:line="264" w:lineRule="auto"/>
            </w:pPr>
            <w:proofErr w:type="spellStart"/>
            <w:r>
              <w:rPr>
                <w:sz w:val="19"/>
              </w:rPr>
              <w:t>Abielu</w:t>
            </w:r>
            <w:proofErr w:type="spellEnd"/>
            <w:r>
              <w:rPr>
                <w:sz w:val="19"/>
              </w:rPr>
              <w:t xml:space="preserve">, </w:t>
            </w:r>
            <w:proofErr w:type="spellStart"/>
            <w:r>
              <w:rPr>
                <w:sz w:val="19"/>
              </w:rPr>
              <w:t>mille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inimene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sõlmib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pärast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varasema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abielu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lõppemist</w:t>
            </w:r>
            <w:proofErr w:type="spellEnd"/>
            <w:r>
              <w:rPr>
                <w:sz w:val="19"/>
              </w:rPr>
              <w:t xml:space="preserve">, </w:t>
            </w:r>
            <w:proofErr w:type="spellStart"/>
            <w:r>
              <w:rPr>
                <w:sz w:val="19"/>
              </w:rPr>
              <w:t>näiteks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lahutuse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või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abikaasa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surma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järel</w:t>
            </w:r>
            <w:proofErr w:type="spellEnd"/>
            <w:r>
              <w:rPr>
                <w:sz w:val="19"/>
              </w:rPr>
              <w:t>.</w:t>
            </w:r>
          </w:p>
        </w:tc>
      </w:tr>
      <w:tr w:rsidR="00DA21C7" w14:paraId="12C87ECF" w14:textId="77777777" w:rsidTr="00643D80">
        <w:tc>
          <w:tcPr>
            <w:tcW w:w="2300" w:type="dxa"/>
            <w:tcBorders>
              <w:top w:val="single" w:sz="6" w:space="0" w:color="D0D5DD"/>
              <w:left w:val="single" w:sz="6" w:space="0" w:color="D0D5DD"/>
              <w:bottom w:val="single" w:sz="6" w:space="0" w:color="D0D5DD"/>
              <w:right w:val="single" w:sz="6" w:space="0" w:color="D0D5DD"/>
            </w:tcBorders>
            <w:shd w:val="clear" w:color="auto" w:fill="EAF2F8"/>
          </w:tcPr>
          <w:p w14:paraId="0BC70847" w14:textId="76EEE353" w:rsidR="00DA21C7" w:rsidRDefault="00DA21C7" w:rsidP="00643D80">
            <w:pPr>
              <w:spacing w:after="0" w:line="264" w:lineRule="auto"/>
            </w:pPr>
          </w:p>
        </w:tc>
        <w:tc>
          <w:tcPr>
            <w:tcW w:w="7060" w:type="dxa"/>
            <w:tcBorders>
              <w:top w:val="single" w:sz="6" w:space="0" w:color="D0D5DD"/>
              <w:left w:val="single" w:sz="6" w:space="0" w:color="D0D5DD"/>
              <w:bottom w:val="single" w:sz="6" w:space="0" w:color="D0D5DD"/>
              <w:right w:val="single" w:sz="6" w:space="0" w:color="D0D5DD"/>
            </w:tcBorders>
          </w:tcPr>
          <w:p w14:paraId="6D9546C2" w14:textId="77777777" w:rsidR="00DA21C7" w:rsidRDefault="00DA21C7" w:rsidP="00643D80">
            <w:pPr>
              <w:spacing w:after="0" w:line="264" w:lineRule="auto"/>
            </w:pPr>
            <w:proofErr w:type="spellStart"/>
            <w:r>
              <w:rPr>
                <w:sz w:val="19"/>
              </w:rPr>
              <w:t>Näiliselt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sõlmitud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abielu</w:t>
            </w:r>
            <w:proofErr w:type="spellEnd"/>
            <w:r>
              <w:rPr>
                <w:sz w:val="19"/>
              </w:rPr>
              <w:t xml:space="preserve">, </w:t>
            </w:r>
            <w:proofErr w:type="spellStart"/>
            <w:r>
              <w:rPr>
                <w:sz w:val="19"/>
              </w:rPr>
              <w:t>mille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puhul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puudub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tegelik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kavatsus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elada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abielulise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paarina</w:t>
            </w:r>
            <w:proofErr w:type="spellEnd"/>
            <w:r>
              <w:rPr>
                <w:sz w:val="19"/>
              </w:rPr>
              <w:t xml:space="preserve">; </w:t>
            </w:r>
            <w:proofErr w:type="spellStart"/>
            <w:r>
              <w:rPr>
                <w:sz w:val="19"/>
              </w:rPr>
              <w:t>eesmärgiks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võib</w:t>
            </w:r>
            <w:proofErr w:type="spellEnd"/>
            <w:r>
              <w:rPr>
                <w:sz w:val="19"/>
              </w:rPr>
              <w:t xml:space="preserve"> olla </w:t>
            </w:r>
            <w:proofErr w:type="spellStart"/>
            <w:r>
              <w:rPr>
                <w:sz w:val="19"/>
              </w:rPr>
              <w:t>mõne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hüve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või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staatuse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saamine</w:t>
            </w:r>
            <w:proofErr w:type="spellEnd"/>
            <w:r>
              <w:rPr>
                <w:sz w:val="19"/>
              </w:rPr>
              <w:t xml:space="preserve">. </w:t>
            </w:r>
            <w:proofErr w:type="spellStart"/>
            <w:r>
              <w:rPr>
                <w:sz w:val="19"/>
              </w:rPr>
              <w:t>Sellel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võivad</w:t>
            </w:r>
            <w:proofErr w:type="spellEnd"/>
            <w:r>
              <w:rPr>
                <w:sz w:val="19"/>
              </w:rPr>
              <w:t xml:space="preserve"> olla </w:t>
            </w:r>
            <w:proofErr w:type="spellStart"/>
            <w:r>
              <w:rPr>
                <w:sz w:val="19"/>
              </w:rPr>
              <w:t>õiguslikud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tagajärjed</w:t>
            </w:r>
            <w:proofErr w:type="spellEnd"/>
            <w:r>
              <w:rPr>
                <w:sz w:val="19"/>
              </w:rPr>
              <w:t>.</w:t>
            </w:r>
          </w:p>
        </w:tc>
      </w:tr>
      <w:tr w:rsidR="00DA21C7" w14:paraId="1A22ADB7" w14:textId="77777777" w:rsidTr="00643D80">
        <w:tc>
          <w:tcPr>
            <w:tcW w:w="2300" w:type="dxa"/>
            <w:tcBorders>
              <w:top w:val="single" w:sz="6" w:space="0" w:color="D0D5DD"/>
              <w:left w:val="single" w:sz="6" w:space="0" w:color="D0D5DD"/>
              <w:bottom w:val="single" w:sz="6" w:space="0" w:color="D0D5DD"/>
              <w:right w:val="single" w:sz="6" w:space="0" w:color="D0D5DD"/>
            </w:tcBorders>
            <w:shd w:val="clear" w:color="auto" w:fill="FFFFFF"/>
          </w:tcPr>
          <w:p w14:paraId="30B58844" w14:textId="4593DF90" w:rsidR="00DA21C7" w:rsidRDefault="00DA21C7" w:rsidP="00643D80">
            <w:pPr>
              <w:spacing w:after="0" w:line="264" w:lineRule="auto"/>
            </w:pPr>
          </w:p>
        </w:tc>
        <w:tc>
          <w:tcPr>
            <w:tcW w:w="7060" w:type="dxa"/>
            <w:tcBorders>
              <w:top w:val="single" w:sz="6" w:space="0" w:color="D0D5DD"/>
              <w:left w:val="single" w:sz="6" w:space="0" w:color="D0D5DD"/>
              <w:bottom w:val="single" w:sz="6" w:space="0" w:color="D0D5DD"/>
              <w:right w:val="single" w:sz="6" w:space="0" w:color="D0D5DD"/>
            </w:tcBorders>
          </w:tcPr>
          <w:p w14:paraId="3F3973F7" w14:textId="77777777" w:rsidR="00DA21C7" w:rsidRDefault="00DA21C7" w:rsidP="00643D80">
            <w:pPr>
              <w:spacing w:after="0" w:line="264" w:lineRule="auto"/>
            </w:pPr>
            <w:proofErr w:type="spellStart"/>
            <w:r>
              <w:rPr>
                <w:sz w:val="19"/>
              </w:rPr>
              <w:t>Üldmõiste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inimeste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ühise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elu</w:t>
            </w:r>
            <w:proofErr w:type="spellEnd"/>
            <w:r>
              <w:rPr>
                <w:sz w:val="19"/>
              </w:rPr>
              <w:t xml:space="preserve"> ja </w:t>
            </w:r>
            <w:proofErr w:type="spellStart"/>
            <w:r>
              <w:rPr>
                <w:sz w:val="19"/>
              </w:rPr>
              <w:t>majapidamise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kohta</w:t>
            </w:r>
            <w:proofErr w:type="spellEnd"/>
            <w:r>
              <w:rPr>
                <w:sz w:val="19"/>
              </w:rPr>
              <w:t xml:space="preserve">. </w:t>
            </w:r>
            <w:proofErr w:type="spellStart"/>
            <w:r>
              <w:rPr>
                <w:sz w:val="19"/>
              </w:rPr>
              <w:t>Kooselu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võib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tähendada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nii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abielus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kui</w:t>
            </w:r>
            <w:proofErr w:type="spellEnd"/>
            <w:r>
              <w:rPr>
                <w:sz w:val="19"/>
              </w:rPr>
              <w:t xml:space="preserve"> ka </w:t>
            </w:r>
            <w:proofErr w:type="spellStart"/>
            <w:r>
              <w:rPr>
                <w:sz w:val="19"/>
              </w:rPr>
              <w:t>abieluta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partnerlust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ning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ei</w:t>
            </w:r>
            <w:proofErr w:type="spellEnd"/>
            <w:r>
              <w:rPr>
                <w:sz w:val="19"/>
              </w:rPr>
              <w:t xml:space="preserve"> ole </w:t>
            </w:r>
            <w:proofErr w:type="spellStart"/>
            <w:r>
              <w:rPr>
                <w:sz w:val="19"/>
              </w:rPr>
              <w:t>alati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sama</w:t>
            </w:r>
            <w:proofErr w:type="spellEnd"/>
            <w:r>
              <w:rPr>
                <w:sz w:val="19"/>
              </w:rPr>
              <w:t xml:space="preserve"> mis </w:t>
            </w:r>
            <w:proofErr w:type="spellStart"/>
            <w:r>
              <w:rPr>
                <w:sz w:val="19"/>
              </w:rPr>
              <w:t>vabaabielu</w:t>
            </w:r>
            <w:proofErr w:type="spellEnd"/>
            <w:r>
              <w:rPr>
                <w:sz w:val="19"/>
              </w:rPr>
              <w:t>.</w:t>
            </w:r>
          </w:p>
        </w:tc>
      </w:tr>
      <w:tr w:rsidR="007839A8" w14:paraId="069A5BA4" w14:textId="77777777" w:rsidTr="00643D80">
        <w:tc>
          <w:tcPr>
            <w:tcW w:w="2300" w:type="dxa"/>
            <w:tcBorders>
              <w:top w:val="single" w:sz="6" w:space="0" w:color="D0D5DD"/>
              <w:left w:val="single" w:sz="6" w:space="0" w:color="D0D5DD"/>
              <w:bottom w:val="single" w:sz="6" w:space="0" w:color="D0D5DD"/>
              <w:right w:val="single" w:sz="6" w:space="0" w:color="D0D5DD"/>
            </w:tcBorders>
            <w:shd w:val="clear" w:color="auto" w:fill="FFFFFF"/>
          </w:tcPr>
          <w:p w14:paraId="1E2E8E35" w14:textId="77777777" w:rsidR="007839A8" w:rsidRDefault="007839A8" w:rsidP="00643D80">
            <w:pPr>
              <w:spacing w:after="0" w:line="264" w:lineRule="auto"/>
              <w:rPr>
                <w:b/>
                <w:color w:val="19324D"/>
                <w:sz w:val="20"/>
              </w:rPr>
            </w:pPr>
          </w:p>
        </w:tc>
        <w:tc>
          <w:tcPr>
            <w:tcW w:w="7060" w:type="dxa"/>
            <w:tcBorders>
              <w:top w:val="single" w:sz="6" w:space="0" w:color="D0D5DD"/>
              <w:left w:val="single" w:sz="6" w:space="0" w:color="D0D5DD"/>
              <w:bottom w:val="single" w:sz="6" w:space="0" w:color="D0D5DD"/>
              <w:right w:val="single" w:sz="6" w:space="0" w:color="D0D5DD"/>
            </w:tcBorders>
          </w:tcPr>
          <w:p w14:paraId="7B1242D2" w14:textId="77777777" w:rsidR="007839A8" w:rsidRDefault="007839A8" w:rsidP="00643D80">
            <w:pPr>
              <w:spacing w:after="0" w:line="264" w:lineRule="auto"/>
              <w:rPr>
                <w:sz w:val="19"/>
              </w:rPr>
            </w:pPr>
          </w:p>
        </w:tc>
      </w:tr>
    </w:tbl>
    <w:p w14:paraId="4C1F9185" w14:textId="77777777" w:rsidR="007839A8" w:rsidRPr="00906214" w:rsidRDefault="007839A8" w:rsidP="007839A8">
      <w:pPr>
        <w:spacing w:after="80"/>
        <w:rPr>
          <w:b/>
        </w:rPr>
      </w:pPr>
      <w:proofErr w:type="spellStart"/>
      <w:r w:rsidRPr="00906214">
        <w:rPr>
          <w:b/>
          <w:sz w:val="21"/>
        </w:rPr>
        <w:t>Täienda</w:t>
      </w:r>
      <w:proofErr w:type="spellEnd"/>
      <w:r w:rsidRPr="00906214">
        <w:rPr>
          <w:b/>
          <w:sz w:val="21"/>
        </w:rPr>
        <w:t xml:space="preserve"> </w:t>
      </w:r>
      <w:proofErr w:type="spellStart"/>
      <w:r w:rsidRPr="00906214">
        <w:rPr>
          <w:b/>
          <w:sz w:val="21"/>
        </w:rPr>
        <w:t>lauseid</w:t>
      </w:r>
      <w:proofErr w:type="spellEnd"/>
      <w:r w:rsidRPr="00906214">
        <w:rPr>
          <w:b/>
          <w:sz w:val="21"/>
        </w:rPr>
        <w:t xml:space="preserve"> </w:t>
      </w:r>
      <w:proofErr w:type="spellStart"/>
      <w:r w:rsidRPr="00906214">
        <w:rPr>
          <w:b/>
          <w:sz w:val="21"/>
        </w:rPr>
        <w:t>mõistekaardi</w:t>
      </w:r>
      <w:proofErr w:type="spellEnd"/>
      <w:r w:rsidRPr="00906214">
        <w:rPr>
          <w:b/>
          <w:sz w:val="21"/>
        </w:rPr>
        <w:t xml:space="preserve"> </w:t>
      </w:r>
      <w:proofErr w:type="spellStart"/>
      <w:r w:rsidRPr="00906214">
        <w:rPr>
          <w:b/>
          <w:sz w:val="21"/>
        </w:rPr>
        <w:t>põhjal</w:t>
      </w:r>
      <w:proofErr w:type="spellEnd"/>
      <w:r w:rsidRPr="00906214">
        <w:rPr>
          <w:b/>
          <w:sz w:val="21"/>
        </w:rPr>
        <w:t>.</w:t>
      </w:r>
    </w:p>
    <w:p w14:paraId="721E7407" w14:textId="6ABA650A" w:rsidR="007839A8" w:rsidRDefault="007839A8" w:rsidP="007839A8">
      <w:pPr>
        <w:spacing w:after="80" w:line="252" w:lineRule="auto"/>
        <w:rPr>
          <w:sz w:val="20"/>
        </w:rPr>
      </w:pPr>
      <w:r>
        <w:rPr>
          <w:sz w:val="20"/>
        </w:rPr>
        <w:t xml:space="preserve">1. </w:t>
      </w:r>
      <w:proofErr w:type="spellStart"/>
      <w:r>
        <w:rPr>
          <w:sz w:val="20"/>
        </w:rPr>
        <w:t>Abielu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erineb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vabaabielust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eelkõige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selle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poolest</w:t>
      </w:r>
      <w:proofErr w:type="spellEnd"/>
      <w:r>
        <w:rPr>
          <w:sz w:val="20"/>
        </w:rPr>
        <w:t>, et ____________________________________________.</w:t>
      </w:r>
    </w:p>
    <w:p w14:paraId="0BC30EE5" w14:textId="77777777" w:rsidR="007839A8" w:rsidRDefault="007839A8" w:rsidP="007839A8">
      <w:pPr>
        <w:spacing w:after="80" w:line="252" w:lineRule="auto"/>
      </w:pPr>
    </w:p>
    <w:p w14:paraId="15563325" w14:textId="18175B88" w:rsidR="007839A8" w:rsidRDefault="007839A8" w:rsidP="007839A8">
      <w:pPr>
        <w:spacing w:after="80" w:line="252" w:lineRule="auto"/>
        <w:rPr>
          <w:sz w:val="20"/>
        </w:rPr>
      </w:pPr>
      <w:r>
        <w:rPr>
          <w:sz w:val="20"/>
        </w:rPr>
        <w:t xml:space="preserve">2. </w:t>
      </w:r>
      <w:proofErr w:type="spellStart"/>
      <w:r>
        <w:rPr>
          <w:sz w:val="20"/>
        </w:rPr>
        <w:t>Külalisabielu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puhul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elavad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partnerid</w:t>
      </w:r>
      <w:proofErr w:type="spellEnd"/>
      <w:r>
        <w:rPr>
          <w:sz w:val="20"/>
        </w:rPr>
        <w:t xml:space="preserve"> ____________________________________________________________.</w:t>
      </w:r>
    </w:p>
    <w:p w14:paraId="531F21B5" w14:textId="77777777" w:rsidR="007839A8" w:rsidRDefault="007839A8" w:rsidP="007839A8">
      <w:pPr>
        <w:spacing w:after="80" w:line="252" w:lineRule="auto"/>
      </w:pPr>
    </w:p>
    <w:p w14:paraId="26F4DCFF" w14:textId="6C5D0A85" w:rsidR="007839A8" w:rsidRDefault="007839A8" w:rsidP="007839A8">
      <w:pPr>
        <w:spacing w:after="80" w:line="252" w:lineRule="auto"/>
        <w:rPr>
          <w:sz w:val="20"/>
        </w:rPr>
      </w:pPr>
      <w:r>
        <w:rPr>
          <w:sz w:val="20"/>
        </w:rPr>
        <w:t xml:space="preserve">3. </w:t>
      </w:r>
      <w:proofErr w:type="spellStart"/>
      <w:r>
        <w:rPr>
          <w:sz w:val="20"/>
        </w:rPr>
        <w:t>Kordusabielu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sõlmitakse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pärast</w:t>
      </w:r>
      <w:proofErr w:type="spellEnd"/>
      <w:r>
        <w:rPr>
          <w:sz w:val="20"/>
        </w:rPr>
        <w:t xml:space="preserve"> __________________________________________________________________.</w:t>
      </w:r>
    </w:p>
    <w:p w14:paraId="4869947D" w14:textId="77777777" w:rsidR="007839A8" w:rsidRDefault="007839A8" w:rsidP="007839A8">
      <w:pPr>
        <w:spacing w:after="80" w:line="252" w:lineRule="auto"/>
      </w:pPr>
    </w:p>
    <w:p w14:paraId="1ACEF237" w14:textId="77777777" w:rsidR="007839A8" w:rsidRDefault="007839A8" w:rsidP="007839A8">
      <w:pPr>
        <w:spacing w:after="80" w:line="252" w:lineRule="auto"/>
      </w:pPr>
      <w:r>
        <w:rPr>
          <w:sz w:val="20"/>
        </w:rPr>
        <w:t xml:space="preserve">4. </w:t>
      </w:r>
      <w:proofErr w:type="spellStart"/>
      <w:r>
        <w:rPr>
          <w:sz w:val="20"/>
        </w:rPr>
        <w:t>Fiktiivabielu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puhul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puudub</w:t>
      </w:r>
      <w:proofErr w:type="spellEnd"/>
      <w:r>
        <w:rPr>
          <w:sz w:val="20"/>
        </w:rPr>
        <w:t xml:space="preserve"> ______________________________________________________________________.</w:t>
      </w:r>
      <w:bookmarkStart w:id="0" w:name="_GoBack"/>
      <w:bookmarkEnd w:id="0"/>
    </w:p>
    <w:sectPr w:rsidR="007839A8" w:rsidSect="00034616">
      <w:headerReference w:type="default" r:id="rId11"/>
      <w:footerReference w:type="default" r:id="rId12"/>
      <w:pgSz w:w="12240" w:h="15840"/>
      <w:pgMar w:top="936" w:right="1080" w:bottom="936" w:left="108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5BFD80" w14:textId="77777777" w:rsidR="00A26260" w:rsidRDefault="009D6FFD">
      <w:pPr>
        <w:spacing w:after="0" w:line="240" w:lineRule="auto"/>
      </w:pPr>
      <w:r>
        <w:separator/>
      </w:r>
    </w:p>
  </w:endnote>
  <w:endnote w:type="continuationSeparator" w:id="0">
    <w:p w14:paraId="69B84834" w14:textId="77777777" w:rsidR="00A26260" w:rsidRDefault="009D6F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E21758" w14:textId="77777777" w:rsidR="00FC1A58" w:rsidRDefault="009D6FFD">
    <w:pPr>
      <w:pStyle w:val="Jalus"/>
      <w:jc w:val="center"/>
    </w:pPr>
    <w:r>
      <w:rPr>
        <w:color w:val="667085"/>
        <w:sz w:val="17"/>
      </w:rPr>
      <w:t xml:space="preserve">Perekonnatüübid  |  </w:t>
    </w:r>
    <w:r>
      <w:fldChar w:fldCharType="begin"/>
    </w:r>
    <w:r>
      <w:instrText>PAGE</w:instrText>
    </w:r>
    <w:r>
      <w:fldChar w:fldCharType="separate"/>
    </w:r>
    <w:r w:rsidR="00E26EEC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889D15" w14:textId="77777777" w:rsidR="00A26260" w:rsidRDefault="009D6FFD">
      <w:pPr>
        <w:spacing w:after="0" w:line="240" w:lineRule="auto"/>
      </w:pPr>
      <w:r>
        <w:separator/>
      </w:r>
    </w:p>
  </w:footnote>
  <w:footnote w:type="continuationSeparator" w:id="0">
    <w:p w14:paraId="450851D5" w14:textId="77777777" w:rsidR="00A26260" w:rsidRDefault="009D6F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D89C96" w14:textId="77777777" w:rsidR="00FC1A58" w:rsidRDefault="009D6FFD">
    <w:pPr>
      <w:pStyle w:val="Pis"/>
      <w:jc w:val="right"/>
    </w:pPr>
    <w:r>
      <w:rPr>
        <w:b/>
        <w:color w:val="667085"/>
        <w:sz w:val="17"/>
      </w:rPr>
      <w:t>PEREKONNAÕPETUS  •  TÖÖLEHT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oendi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oendi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oenditpp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oenditpp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oendi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oenditpp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7632"/>
    <w:rsid w:val="00326F90"/>
    <w:rsid w:val="00560E43"/>
    <w:rsid w:val="007839A8"/>
    <w:rsid w:val="00906214"/>
    <w:rsid w:val="009D6FFD"/>
    <w:rsid w:val="00A26260"/>
    <w:rsid w:val="00AA1D8D"/>
    <w:rsid w:val="00B47730"/>
    <w:rsid w:val="00CB0664"/>
    <w:rsid w:val="00DA21C7"/>
    <w:rsid w:val="00E26EEC"/>
    <w:rsid w:val="00FC1A5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1B8A76"/>
  <w14:defaultImageDpi w14:val="300"/>
  <w15:docId w15:val="{5DD8DA9C-BF24-462F-8274-F62DBAECD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laad">
    <w:name w:val="Normal"/>
    <w:qFormat/>
    <w:rsid w:val="00FC693F"/>
    <w:rPr>
      <w:rFonts w:ascii="Calibri" w:hAnsi="Calibri"/>
      <w:color w:val="1F2933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/>
      <w:b/>
      <w:bCs/>
      <w:color w:val="2E74B5"/>
      <w:sz w:val="32"/>
      <w:szCs w:val="28"/>
    </w:rPr>
  </w:style>
  <w:style w:type="paragraph" w:styleId="Pealkiri2">
    <w:name w:val="heading 2"/>
    <w:basedOn w:val="Normaallaad"/>
    <w:next w:val="Normaallaad"/>
    <w:link w:val="Pealkiri2Mrk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/>
      <w:b/>
      <w:bCs/>
      <w:color w:val="2C7A7B"/>
      <w:sz w:val="26"/>
      <w:szCs w:val="26"/>
    </w:rPr>
  </w:style>
  <w:style w:type="paragraph" w:styleId="Pealkiri3">
    <w:name w:val="heading 3"/>
    <w:basedOn w:val="Normaallaad"/>
    <w:next w:val="Normaallaad"/>
    <w:link w:val="Pealkiri3Mrk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  <w:color w:val="19324D"/>
      <w:sz w:val="24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E618BF"/>
  </w:style>
  <w:style w:type="paragraph" w:styleId="Jalus">
    <w:name w:val="footer"/>
    <w:basedOn w:val="Normaallaad"/>
    <w:link w:val="JalusMr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E618BF"/>
  </w:style>
  <w:style w:type="paragraph" w:styleId="Vahedeta">
    <w:name w:val="No Spacing"/>
    <w:uiPriority w:val="1"/>
    <w:qFormat/>
    <w:rsid w:val="00FC693F"/>
    <w:pPr>
      <w:spacing w:after="0" w:line="240" w:lineRule="auto"/>
    </w:pPr>
  </w:style>
  <w:style w:type="character" w:customStyle="1" w:styleId="Pealkiri1Mrk">
    <w:name w:val="Pealkiri 1 Märk"/>
    <w:basedOn w:val="Liguvaikefont"/>
    <w:link w:val="Pealkiri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Pealkiri2Mrk">
    <w:name w:val="Pealkiri 2 Märk"/>
    <w:basedOn w:val="Liguvaikefont"/>
    <w:link w:val="Pealkiri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Pealkiri3Mrk">
    <w:name w:val="Pealkiri 3 Märk"/>
    <w:basedOn w:val="Liguvaikefont"/>
    <w:link w:val="Pealkiri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ealkiriMrk">
    <w:name w:val="Pealkiri Märk"/>
    <w:basedOn w:val="Liguvaikefont"/>
    <w:link w:val="Pealkiri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apealkiriMrk">
    <w:name w:val="Alapealkiri Märk"/>
    <w:basedOn w:val="Liguvaikefont"/>
    <w:link w:val="Alapealkiri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oendilik">
    <w:name w:val="List Paragraph"/>
    <w:basedOn w:val="Normaallaad"/>
    <w:uiPriority w:val="34"/>
    <w:qFormat/>
    <w:rsid w:val="00FC693F"/>
    <w:pPr>
      <w:ind w:left="720"/>
      <w:contextualSpacing/>
    </w:pPr>
  </w:style>
  <w:style w:type="paragraph" w:styleId="Kehatekst">
    <w:name w:val="Body Text"/>
    <w:basedOn w:val="Normaallaad"/>
    <w:link w:val="KehatekstMrk"/>
    <w:uiPriority w:val="99"/>
    <w:unhideWhenUsed/>
    <w:rsid w:val="00AA1D8D"/>
    <w:pPr>
      <w:spacing w:after="120"/>
    </w:pPr>
  </w:style>
  <w:style w:type="character" w:customStyle="1" w:styleId="KehatekstMrk">
    <w:name w:val="Kehatekst Märk"/>
    <w:basedOn w:val="Liguvaikefont"/>
    <w:link w:val="Kehatekst"/>
    <w:uiPriority w:val="99"/>
    <w:rsid w:val="00AA1D8D"/>
  </w:style>
  <w:style w:type="paragraph" w:styleId="Kehatekst2">
    <w:name w:val="Body Text 2"/>
    <w:basedOn w:val="Normaallaad"/>
    <w:link w:val="Kehatekst2Mrk"/>
    <w:uiPriority w:val="99"/>
    <w:unhideWhenUsed/>
    <w:rsid w:val="00AA1D8D"/>
    <w:pPr>
      <w:spacing w:after="120" w:line="480" w:lineRule="auto"/>
    </w:pPr>
  </w:style>
  <w:style w:type="character" w:customStyle="1" w:styleId="Kehatekst2Mrk">
    <w:name w:val="Kehatekst 2 Märk"/>
    <w:basedOn w:val="Liguvaikefont"/>
    <w:link w:val="Kehatekst2"/>
    <w:uiPriority w:val="99"/>
    <w:rsid w:val="00AA1D8D"/>
  </w:style>
  <w:style w:type="paragraph" w:styleId="Kehatekst3">
    <w:name w:val="Body Text 3"/>
    <w:basedOn w:val="Normaallaad"/>
    <w:link w:val="Kehatekst3Mr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Kehatekst3Mrk">
    <w:name w:val="Kehatekst 3 Märk"/>
    <w:basedOn w:val="Liguvaikefont"/>
    <w:link w:val="Kehatekst3"/>
    <w:uiPriority w:val="99"/>
    <w:rsid w:val="00AA1D8D"/>
    <w:rPr>
      <w:sz w:val="16"/>
      <w:szCs w:val="16"/>
    </w:rPr>
  </w:style>
  <w:style w:type="paragraph" w:styleId="Loend">
    <w:name w:val="List"/>
    <w:basedOn w:val="Normaallaad"/>
    <w:uiPriority w:val="99"/>
    <w:unhideWhenUsed/>
    <w:rsid w:val="00AA1D8D"/>
    <w:pPr>
      <w:ind w:left="360" w:hanging="360"/>
      <w:contextualSpacing/>
    </w:pPr>
  </w:style>
  <w:style w:type="paragraph" w:styleId="Loend2">
    <w:name w:val="List 2"/>
    <w:basedOn w:val="Normaallaad"/>
    <w:uiPriority w:val="99"/>
    <w:unhideWhenUsed/>
    <w:rsid w:val="00326F90"/>
    <w:pPr>
      <w:ind w:left="720" w:hanging="360"/>
      <w:contextualSpacing/>
    </w:pPr>
  </w:style>
  <w:style w:type="paragraph" w:styleId="Loend3">
    <w:name w:val="List 3"/>
    <w:basedOn w:val="Normaallaad"/>
    <w:uiPriority w:val="99"/>
    <w:unhideWhenUsed/>
    <w:rsid w:val="00326F90"/>
    <w:pPr>
      <w:ind w:left="1080" w:hanging="360"/>
      <w:contextualSpacing/>
    </w:pPr>
  </w:style>
  <w:style w:type="paragraph" w:styleId="Loenditpp">
    <w:name w:val="List Bullet"/>
    <w:basedOn w:val="Normaallaad"/>
    <w:uiPriority w:val="99"/>
    <w:unhideWhenUsed/>
    <w:rsid w:val="00326F90"/>
    <w:pPr>
      <w:numPr>
        <w:numId w:val="1"/>
      </w:numPr>
      <w:contextualSpacing/>
    </w:pPr>
  </w:style>
  <w:style w:type="paragraph" w:styleId="Loenditpp2">
    <w:name w:val="List Bullet 2"/>
    <w:basedOn w:val="Normaallaad"/>
    <w:uiPriority w:val="99"/>
    <w:unhideWhenUsed/>
    <w:rsid w:val="00326F90"/>
    <w:pPr>
      <w:numPr>
        <w:numId w:val="2"/>
      </w:numPr>
      <w:contextualSpacing/>
    </w:pPr>
  </w:style>
  <w:style w:type="paragraph" w:styleId="Loenditpp3">
    <w:name w:val="List Bullet 3"/>
    <w:basedOn w:val="Normaallaad"/>
    <w:uiPriority w:val="99"/>
    <w:unhideWhenUsed/>
    <w:rsid w:val="00326F90"/>
    <w:pPr>
      <w:numPr>
        <w:numId w:val="3"/>
      </w:numPr>
      <w:contextualSpacing/>
    </w:pPr>
  </w:style>
  <w:style w:type="paragraph" w:styleId="Loendinumber">
    <w:name w:val="List Number"/>
    <w:basedOn w:val="Normaallaad"/>
    <w:uiPriority w:val="99"/>
    <w:unhideWhenUsed/>
    <w:rsid w:val="00326F90"/>
    <w:pPr>
      <w:numPr>
        <w:numId w:val="5"/>
      </w:numPr>
      <w:contextualSpacing/>
    </w:pPr>
  </w:style>
  <w:style w:type="paragraph" w:styleId="Loendinumber2">
    <w:name w:val="List Number 2"/>
    <w:basedOn w:val="Normaallaad"/>
    <w:uiPriority w:val="99"/>
    <w:unhideWhenUsed/>
    <w:rsid w:val="0029639D"/>
    <w:pPr>
      <w:numPr>
        <w:numId w:val="6"/>
      </w:numPr>
      <w:contextualSpacing/>
    </w:pPr>
  </w:style>
  <w:style w:type="paragraph" w:styleId="Loendinumber3">
    <w:name w:val="List Number 3"/>
    <w:basedOn w:val="Normaallaad"/>
    <w:uiPriority w:val="99"/>
    <w:unhideWhenUsed/>
    <w:rsid w:val="0029639D"/>
    <w:pPr>
      <w:numPr>
        <w:numId w:val="7"/>
      </w:numPr>
      <w:contextualSpacing/>
    </w:pPr>
  </w:style>
  <w:style w:type="paragraph" w:styleId="Loendijtk">
    <w:name w:val="List Continue"/>
    <w:basedOn w:val="Normaallaad"/>
    <w:uiPriority w:val="99"/>
    <w:unhideWhenUsed/>
    <w:rsid w:val="0029639D"/>
    <w:pPr>
      <w:spacing w:after="120"/>
      <w:ind w:left="360"/>
      <w:contextualSpacing/>
    </w:pPr>
  </w:style>
  <w:style w:type="paragraph" w:styleId="Loendijtk2">
    <w:name w:val="List Continue 2"/>
    <w:basedOn w:val="Normaallaad"/>
    <w:uiPriority w:val="99"/>
    <w:unhideWhenUsed/>
    <w:rsid w:val="0029639D"/>
    <w:pPr>
      <w:spacing w:after="120"/>
      <w:ind w:left="720"/>
      <w:contextualSpacing/>
    </w:pPr>
  </w:style>
  <w:style w:type="paragraph" w:styleId="Loendijtk3">
    <w:name w:val="List Continue 3"/>
    <w:basedOn w:val="Normaallaad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Mr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Mrk">
    <w:name w:val="Makrotekst Märk"/>
    <w:basedOn w:val="Liguvaikefon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FC693F"/>
    <w:rPr>
      <w:i/>
      <w:iCs/>
      <w:color w:val="000000" w:themeColor="text1"/>
    </w:rPr>
  </w:style>
  <w:style w:type="character" w:customStyle="1" w:styleId="TsitaatMrk">
    <w:name w:val="Tsitaat Märk"/>
    <w:basedOn w:val="Liguvaikefont"/>
    <w:link w:val="Tsitaat"/>
    <w:uiPriority w:val="29"/>
    <w:rsid w:val="00FC693F"/>
    <w:rPr>
      <w:i/>
      <w:iCs/>
      <w:color w:val="000000" w:themeColor="text1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ealdis">
    <w:name w:val="caption"/>
    <w:basedOn w:val="Normaallaad"/>
    <w:next w:val="Normaallaa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ugev">
    <w:name w:val="Strong"/>
    <w:basedOn w:val="Liguvaikefont"/>
    <w:uiPriority w:val="22"/>
    <w:qFormat/>
    <w:rsid w:val="00FC693F"/>
    <w:rPr>
      <w:b/>
      <w:bCs/>
    </w:rPr>
  </w:style>
  <w:style w:type="character" w:styleId="Rhutus">
    <w:name w:val="Emphasis"/>
    <w:basedOn w:val="Liguvaikefont"/>
    <w:uiPriority w:val="20"/>
    <w:qFormat/>
    <w:rsid w:val="00FC693F"/>
    <w:rPr>
      <w:i/>
      <w:iCs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FC693F"/>
    <w:rPr>
      <w:b/>
      <w:bCs/>
      <w:i/>
      <w:iCs/>
      <w:color w:val="4F81BD" w:themeColor="accent1"/>
    </w:rPr>
  </w:style>
  <w:style w:type="character" w:styleId="Vaevumrgatavrhutus">
    <w:name w:val="Subtle Emphasis"/>
    <w:basedOn w:val="Liguvaikefont"/>
    <w:uiPriority w:val="19"/>
    <w:qFormat/>
    <w:rsid w:val="00FC693F"/>
    <w:rPr>
      <w:i/>
      <w:iCs/>
      <w:color w:val="808080" w:themeColor="text1" w:themeTint="7F"/>
    </w:rPr>
  </w:style>
  <w:style w:type="character" w:styleId="Selgeltmrgatavrhutus">
    <w:name w:val="Intense Emphasis"/>
    <w:basedOn w:val="Liguvaikefont"/>
    <w:uiPriority w:val="21"/>
    <w:qFormat/>
    <w:rsid w:val="00FC693F"/>
    <w:rPr>
      <w:b/>
      <w:bCs/>
      <w:i/>
      <w:iCs/>
      <w:color w:val="4F81BD" w:themeColor="accent1"/>
    </w:rPr>
  </w:style>
  <w:style w:type="character" w:styleId="Vaevumrgatavviide">
    <w:name w:val="Subtle Reference"/>
    <w:basedOn w:val="Liguvaikefont"/>
    <w:uiPriority w:val="31"/>
    <w:qFormat/>
    <w:rsid w:val="00FC693F"/>
    <w:rPr>
      <w:smallCaps/>
      <w:color w:val="C0504D" w:themeColor="accent2"/>
      <w:u w:val="single"/>
    </w:rPr>
  </w:style>
  <w:style w:type="character" w:styleId="Selgeltmrgatavviide">
    <w:name w:val="Intense Reference"/>
    <w:basedOn w:val="Liguvaike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Raamatupealkiri">
    <w:name w:val="Book Title"/>
    <w:basedOn w:val="Liguvaikefont"/>
    <w:uiPriority w:val="33"/>
    <w:qFormat/>
    <w:rsid w:val="00FC693F"/>
    <w:rPr>
      <w:b/>
      <w:bCs/>
      <w:smallCaps/>
      <w:spacing w:val="5"/>
    </w:rPr>
  </w:style>
  <w:style w:type="paragraph" w:styleId="Sisukorrapealkiri">
    <w:name w:val="TOC Heading"/>
    <w:basedOn w:val="Pealkiri1"/>
    <w:next w:val="Normaallaad"/>
    <w:uiPriority w:val="39"/>
    <w:semiHidden/>
    <w:unhideWhenUsed/>
    <w:qFormat/>
    <w:rsid w:val="00FC693F"/>
    <w:pPr>
      <w:outlineLvl w:val="9"/>
    </w:pPr>
  </w:style>
  <w:style w:type="table" w:styleId="Kontuurtabel">
    <w:name w:val="Table Grid"/>
    <w:basedOn w:val="Normaal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evarjustus">
    <w:name w:val="Light Shading"/>
    <w:basedOn w:val="Normaal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evarjustusrhk1">
    <w:name w:val="Light Shading Accent 1"/>
    <w:basedOn w:val="Normaal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evarjustusrhk2">
    <w:name w:val="Light Shading Accent 2"/>
    <w:basedOn w:val="Normaal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evarjustusrhk3">
    <w:name w:val="Light Shading Accent 3"/>
    <w:basedOn w:val="Normaal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evarjustusrhk4">
    <w:name w:val="Light Shading Accent 4"/>
    <w:basedOn w:val="Normaal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evarjustusrhk5">
    <w:name w:val="Light Shading Accent 5"/>
    <w:basedOn w:val="Normaal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evarjustusrhk6">
    <w:name w:val="Light Shading Accent 6"/>
    <w:basedOn w:val="Normaal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eloend">
    <w:name w:val="Light List"/>
    <w:basedOn w:val="Normaal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eloendrhk1">
    <w:name w:val="Light List Accent 1"/>
    <w:basedOn w:val="Normaal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eloendrhk2">
    <w:name w:val="Light List Accent 2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eloendrhk3">
    <w:name w:val="Light List Accent 3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eloendrhk4">
    <w:name w:val="Light List Accent 4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eloendrhk5">
    <w:name w:val="Light List Accent 5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eloendrhk6">
    <w:name w:val="Light List Accent 6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ekoordinaatvrk">
    <w:name w:val="Light Grid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ekoordinaatvrkrhk1">
    <w:name w:val="Light Grid Accent 1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ekoordinaatvrkrhk2">
    <w:name w:val="Light Grid Accent 2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ekoordinaatvrkrhk3">
    <w:name w:val="Light Grid Accent 3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ekoordinaatvrkrhk4">
    <w:name w:val="Light Grid Accent 4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ekoordinaatvrkrhk5">
    <w:name w:val="Light Grid Accent 5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ekoordinaatvrkrhk6">
    <w:name w:val="Light Grid Accent 6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eskminevarjustus1">
    <w:name w:val="Medium Shading 1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1">
    <w:name w:val="Medium Shading 1 Accent 1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2">
    <w:name w:val="Medium Shading 1 Accent 2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3">
    <w:name w:val="Medium Shading 1 Accent 3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4">
    <w:name w:val="Medium Shading 1 Accent 4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5">
    <w:name w:val="Medium Shading 1 Accent 5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6">
    <w:name w:val="Medium Shading 1 Accent 6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2">
    <w:name w:val="Medium Shading 2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1">
    <w:name w:val="Medium Shading 2 Accent 1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2">
    <w:name w:val="Medium Shading 2 Accent 2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3">
    <w:name w:val="Medium Shading 2 Accent 3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4">
    <w:name w:val="Medium Shading 2 Accent 4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5">
    <w:name w:val="Medium Shading 2 Accent 5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6">
    <w:name w:val="Medium Shading 2 Accent 6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loend1">
    <w:name w:val="Medium List 1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eskmineloend1rhk1">
    <w:name w:val="Medium List 1 Accent 1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eskmineloend1rhk2">
    <w:name w:val="Medium List 1 Accent 2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eskmineloend1rhk3">
    <w:name w:val="Medium List 1 Accent 3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eskmineloend1rhk4">
    <w:name w:val="Medium List 1 Accent 4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eskmineloend1rhk5">
    <w:name w:val="Medium List 1 Accent 5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eskmineloend1rhk6">
    <w:name w:val="Medium List 1 Accent 6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eskmineloend2">
    <w:name w:val="Medium List 2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1">
    <w:name w:val="Medium List 2 Accent 1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2">
    <w:name w:val="Medium List 2 Accent 2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3">
    <w:name w:val="Medium List 2 Accent 3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4">
    <w:name w:val="Medium List 2 Accent 4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5">
    <w:name w:val="Medium List 2 Accent 5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6">
    <w:name w:val="Medium List 2 Accent 6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koordinaatvrk1">
    <w:name w:val="Medium Grid 1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eskminekoordinaatvrk1rhk1">
    <w:name w:val="Medium Grid 1 Accent 1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eskminekoordinaatvrk1rhk2">
    <w:name w:val="Medium Grid 1 Accent 2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eskminekoordinaatvrk1rhk3">
    <w:name w:val="Medium Grid 1 Accent 3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eskminekoordinaatvrk1rhk4">
    <w:name w:val="Medium Grid 1 Accent 4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eskminekoordinaatvrk1rhk5">
    <w:name w:val="Medium Grid 1 Accent 5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eskminekoordinaatvrk1rhk6">
    <w:name w:val="Medium Grid 1 Accent 6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eskminekoordinaatvrk2">
    <w:name w:val="Medium Grid 2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1">
    <w:name w:val="Medium Grid 2 Accent 1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2">
    <w:name w:val="Medium Grid 2 Accent 2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3">
    <w:name w:val="Medium Grid 2 Accent 3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4">
    <w:name w:val="Medium Grid 2 Accent 4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5">
    <w:name w:val="Medium Grid 2 Accent 5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6">
    <w:name w:val="Medium Grid 2 Accent 6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3">
    <w:name w:val="Medium Grid 3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eskminekoordinaatvrk3rhk1">
    <w:name w:val="Medium Grid 3 Accent 1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eskminekoordinaatvrk3rhk2">
    <w:name w:val="Medium Grid 3 Accent 2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eskminekoordinaatvrk3rhk3">
    <w:name w:val="Medium Grid 3 Accent 3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eskminekoordinaatvrk3rhk4">
    <w:name w:val="Medium Grid 3 Accent 4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eskminekoordinaatvrk3rhk5">
    <w:name w:val="Medium Grid 3 Accent 5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eskminekoordinaatvrk3rhk6">
    <w:name w:val="Medium Grid 3 Accent 6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umeloend">
    <w:name w:val="Dark List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umeloendrhk1">
    <w:name w:val="Dark List Accent 1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umeloendrhk2">
    <w:name w:val="Dark List Accent 2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umeloendrhk3">
    <w:name w:val="Dark List Accent 3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umeloendrhk4">
    <w:name w:val="Dark List Accent 4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umeloendrhk5">
    <w:name w:val="Dark List Accent 5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umeloendrhk6">
    <w:name w:val="Dark List Accent 6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Vrvilinevarjustus">
    <w:name w:val="Colorful Shading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1">
    <w:name w:val="Colorful Shading Accent 1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2">
    <w:name w:val="Colorful Shading Accent 2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3">
    <w:name w:val="Colorful Shading Accent 3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rvilinevarjustusrhk4">
    <w:name w:val="Colorful Shading Accent 4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5">
    <w:name w:val="Colorful Shading Accent 5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6">
    <w:name w:val="Colorful Shading Accent 6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loend">
    <w:name w:val="Colorful List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vilineloendrhk1">
    <w:name w:val="Colorful List Accent 1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Vrvilineloendrhk2">
    <w:name w:val="Colorful List Accent 2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Vrvilineloendrhk3">
    <w:name w:val="Colorful List Accent 3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Vrvilineloendrhk4">
    <w:name w:val="Colorful List Accent 4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Vrvilineloendrhk5">
    <w:name w:val="Colorful List Accent 5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Vrvilineloendrhk6">
    <w:name w:val="Colorful List Accent 6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Vrvilinekoordinaatvrk">
    <w:name w:val="Colorful Grid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Vrvilinekoordinaatvrkrhk1">
    <w:name w:val="Colorful Grid Accent 1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Vrvilinekoordinaatvrkrhk2">
    <w:name w:val="Colorful Grid Accent 2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Vrvilinekoordinaatvrkrhk3">
    <w:name w:val="Colorful Grid Accent 3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rvilinekoordinaatvrkrhk4">
    <w:name w:val="Colorful Grid Accent 4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Vrvilinekoordinaatvrkrhk5">
    <w:name w:val="Colorful Grid Accent 5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Vrvilinekoordinaatvrkrhk6">
    <w:name w:val="Colorful Grid Accent 6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b7a6a44-5e9e-428a-8216-13e84b30d0a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B8AE951FEE5F8418B9E505A4FB2417A" ma:contentTypeVersion="16" ma:contentTypeDescription="Loo uus dokument" ma:contentTypeScope="" ma:versionID="0d8d65407313cba8f0a3991cff4213e1">
  <xsd:schema xmlns:xsd="http://www.w3.org/2001/XMLSchema" xmlns:xs="http://www.w3.org/2001/XMLSchema" xmlns:p="http://schemas.microsoft.com/office/2006/metadata/properties" xmlns:ns3="3af66ccf-7ea5-4272-8c6b-91e5615f1d67" xmlns:ns4="4b7a6a44-5e9e-428a-8216-13e84b30d0a2" targetNamespace="http://schemas.microsoft.com/office/2006/metadata/properties" ma:root="true" ma:fieldsID="281b2b9d007ac3bf3612e0e7d7ae6bba" ns3:_="" ns4:_="">
    <xsd:import namespace="3af66ccf-7ea5-4272-8c6b-91e5615f1d67"/>
    <xsd:import namespace="4b7a6a44-5e9e-428a-8216-13e84b30d0a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MediaServiceSearchPropertie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f66ccf-7ea5-4272-8c6b-91e5615f1d6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Ühiskasutusse andmise üksikasjad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Vihjeräsi jagamine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7a6a44-5e9e-428a-8216-13e84b30d0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859369D-ED85-45AF-9C1F-047C48713561}">
  <ds:schemaRefs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3af66ccf-7ea5-4272-8c6b-91e5615f1d67"/>
    <ds:schemaRef ds:uri="http://schemas.microsoft.com/office/2006/metadata/properties"/>
    <ds:schemaRef ds:uri="http://schemas.microsoft.com/office/infopath/2007/PartnerControls"/>
    <ds:schemaRef ds:uri="4b7a6a44-5e9e-428a-8216-13e84b30d0a2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1A27D69-62F6-4707-BE8C-08E01595FE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AE1F8B-2499-411D-BED7-FEEE8EEDA5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f66ccf-7ea5-4272-8c6b-91e5615f1d67"/>
    <ds:schemaRef ds:uri="4b7a6a44-5e9e-428a-8216-13e84b30d0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F694B21-409F-4019-ABC8-1835B050C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675</Words>
  <Characters>3915</Characters>
  <Application>Microsoft Office Word</Application>
  <DocSecurity>0</DocSecurity>
  <Lines>32</Lines>
  <Paragraphs>9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Perekonnatüübid – tööleht</vt:lpstr>
      <vt:lpstr/>
    </vt:vector>
  </TitlesOfParts>
  <Manager/>
  <Company/>
  <LinksUpToDate>false</LinksUpToDate>
  <CharactersWithSpaces>4581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Perekonnatüübid – tööleht</dc:title>
  <dc:subject>Gümnaasiumi perekonnaõpetus</dc:subject>
  <dc:creator>Eda Rööpmann</dc:creator>
  <cp:keywords/>
  <dc:description>generated by python-docx</dc:description>
  <cp:lastModifiedBy>Eda Rööpmann</cp:lastModifiedBy>
  <cp:revision>2</cp:revision>
  <cp:lastPrinted>2026-09-01T10:05:00Z</cp:lastPrinted>
  <dcterms:created xsi:type="dcterms:W3CDTF">2026-09-01T11:21:00Z</dcterms:created>
  <dcterms:modified xsi:type="dcterms:W3CDTF">2026-09-01T11:21:00Z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0x0101006B8AE951FEE5F8418B9E505A4FB2417A</vt:lpwstr>
  </property>
</Properties>
</file>